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D5431" w14:textId="676F6B6E" w:rsidR="006A5D93" w:rsidRPr="00C05AB9" w:rsidRDefault="008F5603" w:rsidP="006C7B72">
      <w:pPr>
        <w:spacing w:after="0" w:line="240" w:lineRule="auto"/>
        <w:jc w:val="right"/>
        <w:rPr>
          <w:rFonts w:ascii="Century" w:hAnsi="Century"/>
          <w:bCs/>
          <w:lang w:eastAsia="ja-JP"/>
        </w:rPr>
      </w:pPr>
      <w:r w:rsidRPr="00C05AB9">
        <w:rPr>
          <w:rFonts w:ascii="Century" w:hAnsi="Century"/>
          <w:bCs/>
          <w:sz w:val="22"/>
          <w:lang w:eastAsia="ja-JP"/>
        </w:rPr>
        <w:t>様式</w:t>
      </w:r>
      <w:r w:rsidR="00ED4366" w:rsidRPr="00C05AB9">
        <w:rPr>
          <w:rFonts w:ascii="Century" w:hAnsi="Century"/>
          <w:bCs/>
          <w:sz w:val="22"/>
          <w:lang w:eastAsia="ja-JP"/>
        </w:rPr>
        <w:t>1</w:t>
      </w:r>
      <w:r w:rsidRPr="00C05AB9">
        <w:rPr>
          <w:rFonts w:ascii="Century" w:hAnsi="Century"/>
          <w:bCs/>
          <w:sz w:val="22"/>
          <w:lang w:eastAsia="ja-JP"/>
        </w:rPr>
        <w:t>-</w:t>
      </w:r>
      <w:r w:rsidRPr="00C05AB9">
        <w:rPr>
          <w:rFonts w:ascii="ＭＳ 明朝" w:eastAsia="ＭＳ 明朝" w:hAnsi="ＭＳ 明朝" w:cs="ＭＳ 明朝" w:hint="eastAsia"/>
          <w:bCs/>
          <w:sz w:val="22"/>
          <w:lang w:eastAsia="ja-JP"/>
        </w:rPr>
        <w:t>②</w:t>
      </w:r>
    </w:p>
    <w:p w14:paraId="0A03C0F5" w14:textId="77777777" w:rsidR="006A5D93" w:rsidRPr="00C05AB9" w:rsidRDefault="008F5603" w:rsidP="006C7B72">
      <w:pPr>
        <w:spacing w:after="0" w:line="240" w:lineRule="auto"/>
        <w:jc w:val="center"/>
        <w:rPr>
          <w:rFonts w:ascii="Century" w:eastAsiaTheme="majorEastAsia" w:hAnsi="Century"/>
          <w:bCs/>
          <w:lang w:eastAsia="ja-JP"/>
        </w:rPr>
      </w:pPr>
      <w:r w:rsidRPr="00C05AB9">
        <w:rPr>
          <w:rFonts w:ascii="Century" w:eastAsiaTheme="majorEastAsia" w:hAnsi="Century"/>
          <w:bCs/>
          <w:sz w:val="32"/>
          <w:lang w:eastAsia="ja-JP"/>
        </w:rPr>
        <w:t>申請理由及び利用計画</w:t>
      </w:r>
    </w:p>
    <w:p w14:paraId="4D0E32DF" w14:textId="213ACC5C" w:rsidR="006A5D93" w:rsidRPr="00C05AB9" w:rsidRDefault="008F5603" w:rsidP="006C7B72">
      <w:pPr>
        <w:spacing w:after="0" w:line="240" w:lineRule="auto"/>
        <w:rPr>
          <w:rFonts w:ascii="Century" w:hAnsi="Century"/>
          <w:bCs/>
          <w:lang w:eastAsia="ja-JP"/>
        </w:rPr>
      </w:pPr>
      <w:r w:rsidRPr="009B077A">
        <w:rPr>
          <w:rFonts w:asciiTheme="majorEastAsia" w:eastAsiaTheme="majorEastAsia" w:hAnsiTheme="majorEastAsia"/>
          <w:bCs/>
          <w:sz w:val="22"/>
          <w:lang w:eastAsia="ja-JP"/>
        </w:rPr>
        <w:t>■</w:t>
      </w:r>
      <w:r w:rsidRPr="00C05AB9">
        <w:rPr>
          <w:rFonts w:ascii="Century" w:hAnsi="Century"/>
          <w:bCs/>
          <w:sz w:val="22"/>
          <w:lang w:eastAsia="ja-JP"/>
        </w:rPr>
        <w:t xml:space="preserve"> </w:t>
      </w:r>
      <w:r w:rsidRPr="00C05AB9">
        <w:rPr>
          <w:rFonts w:ascii="Century" w:hAnsi="Century"/>
          <w:bCs/>
          <w:sz w:val="22"/>
          <w:lang w:eastAsia="ja-JP"/>
        </w:rPr>
        <w:t>第</w:t>
      </w:r>
      <w:r w:rsidR="00C05AB9" w:rsidRPr="00C05AB9">
        <w:rPr>
          <w:rFonts w:ascii="Century" w:hAnsi="Century"/>
          <w:bCs/>
          <w:sz w:val="22"/>
          <w:lang w:eastAsia="ja-JP"/>
        </w:rPr>
        <w:t>1</w:t>
      </w:r>
      <w:r w:rsidRPr="00C05AB9">
        <w:rPr>
          <w:rFonts w:ascii="Century" w:hAnsi="Century"/>
          <w:bCs/>
          <w:sz w:val="22"/>
          <w:lang w:eastAsia="ja-JP"/>
        </w:rPr>
        <w:t>希望の機種の活用計画</w:t>
      </w:r>
    </w:p>
    <w:tbl>
      <w:tblPr>
        <w:tblW w:w="0" w:type="auto"/>
        <w:jc w:val="center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A0A0A0"/>
          <w:insideV w:val="single" w:sz="4" w:space="0" w:color="A0A0A0"/>
        </w:tblBorders>
        <w:tblLook w:val="04A0" w:firstRow="1" w:lastRow="0" w:firstColumn="1" w:lastColumn="0" w:noHBand="0" w:noVBand="1"/>
      </w:tblPr>
      <w:tblGrid>
        <w:gridCol w:w="2124"/>
        <w:gridCol w:w="8100"/>
      </w:tblGrid>
      <w:tr w:rsidR="006A5D93" w:rsidRPr="00C05AB9" w14:paraId="21683EB7" w14:textId="77777777" w:rsidTr="00ED4366">
        <w:trPr>
          <w:trHeight w:val="567"/>
          <w:jc w:val="center"/>
        </w:trPr>
        <w:tc>
          <w:tcPr>
            <w:tcW w:w="2124" w:type="dxa"/>
            <w:shd w:val="clear" w:color="auto" w:fill="F2F2F2"/>
            <w:vAlign w:val="center"/>
          </w:tcPr>
          <w:p w14:paraId="34C273DF" w14:textId="180039EC" w:rsidR="006A5D93" w:rsidRPr="009B077A" w:rsidRDefault="008F5603" w:rsidP="009B077A">
            <w:pPr>
              <w:spacing w:after="0" w:line="240" w:lineRule="auto"/>
              <w:jc w:val="center"/>
              <w:rPr>
                <w:rFonts w:ascii="Century" w:eastAsiaTheme="majorEastAsia" w:hAnsi="Century"/>
                <w:bCs/>
              </w:rPr>
            </w:pPr>
            <w:r w:rsidRPr="009B077A">
              <w:rPr>
                <w:rFonts w:ascii="Century" w:eastAsiaTheme="majorEastAsia" w:hAnsi="Century"/>
                <w:bCs/>
              </w:rPr>
              <w:t>第</w:t>
            </w:r>
            <w:r w:rsidR="00C05AB9" w:rsidRPr="009B077A">
              <w:rPr>
                <w:rFonts w:ascii="Century" w:eastAsiaTheme="majorEastAsia" w:hAnsi="Century"/>
                <w:bCs/>
                <w:lang w:eastAsia="ja-JP"/>
              </w:rPr>
              <w:t>1</w:t>
            </w:r>
            <w:r w:rsidRPr="009B077A">
              <w:rPr>
                <w:rFonts w:ascii="Century" w:eastAsiaTheme="majorEastAsia" w:hAnsi="Century"/>
                <w:bCs/>
              </w:rPr>
              <w:t>希望の機種</w:t>
            </w:r>
          </w:p>
        </w:tc>
        <w:tc>
          <w:tcPr>
            <w:tcW w:w="8100" w:type="dxa"/>
            <w:vAlign w:val="center"/>
          </w:tcPr>
          <w:p w14:paraId="22E40A34" w14:textId="5582B37B" w:rsidR="006A5D93" w:rsidRPr="00C05AB9" w:rsidRDefault="006A5D93" w:rsidP="006C7B72">
            <w:pPr>
              <w:spacing w:after="0" w:line="240" w:lineRule="auto"/>
              <w:jc w:val="both"/>
              <w:rPr>
                <w:rFonts w:ascii="Century" w:hAnsi="Century"/>
                <w:bCs/>
                <w:lang w:eastAsia="ja-JP"/>
              </w:rPr>
            </w:pPr>
          </w:p>
        </w:tc>
      </w:tr>
    </w:tbl>
    <w:p w14:paraId="373AB372" w14:textId="77777777" w:rsidR="006A5D93" w:rsidRPr="00C05AB9" w:rsidRDefault="006A5D93" w:rsidP="006C7B72">
      <w:pPr>
        <w:spacing w:after="0" w:line="240" w:lineRule="auto"/>
        <w:rPr>
          <w:rFonts w:ascii="Century" w:hAnsi="Century"/>
          <w:bCs/>
        </w:rPr>
      </w:pPr>
    </w:p>
    <w:tbl>
      <w:tblPr>
        <w:tblW w:w="0" w:type="auto"/>
        <w:jc w:val="center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A0A0A0"/>
          <w:insideV w:val="single" w:sz="4" w:space="0" w:color="A0A0A0"/>
        </w:tblBorders>
        <w:tblLook w:val="04A0" w:firstRow="1" w:lastRow="0" w:firstColumn="1" w:lastColumn="0" w:noHBand="0" w:noVBand="1"/>
      </w:tblPr>
      <w:tblGrid>
        <w:gridCol w:w="2124"/>
        <w:gridCol w:w="1418"/>
        <w:gridCol w:w="6682"/>
      </w:tblGrid>
      <w:tr w:rsidR="006A5D93" w:rsidRPr="00C05AB9" w14:paraId="529145E2" w14:textId="77777777" w:rsidTr="00ED4366">
        <w:trPr>
          <w:trHeight w:val="340"/>
          <w:jc w:val="center"/>
        </w:trPr>
        <w:tc>
          <w:tcPr>
            <w:tcW w:w="2124" w:type="dxa"/>
            <w:vMerge w:val="restart"/>
            <w:shd w:val="clear" w:color="auto" w:fill="F2F2F2"/>
            <w:vAlign w:val="center"/>
          </w:tcPr>
          <w:p w14:paraId="2FE76826" w14:textId="77777777" w:rsidR="00ED4366" w:rsidRPr="00C05AB9" w:rsidRDefault="008F5603" w:rsidP="006C7B72">
            <w:pPr>
              <w:spacing w:after="0" w:line="240" w:lineRule="auto"/>
              <w:jc w:val="center"/>
              <w:rPr>
                <w:rFonts w:ascii="Century" w:eastAsia="ＭＳ ゴシック" w:hAnsi="Century"/>
                <w:bCs/>
                <w:lang w:eastAsia="ja-JP"/>
              </w:rPr>
            </w:pPr>
            <w:r w:rsidRPr="00C05AB9">
              <w:rPr>
                <w:rFonts w:ascii="Century" w:eastAsia="ＭＳ ゴシック" w:hAnsi="Century"/>
                <w:bCs/>
                <w:lang w:eastAsia="ja-JP"/>
              </w:rPr>
              <w:t>申請理由</w:t>
            </w:r>
          </w:p>
          <w:p w14:paraId="6202E265" w14:textId="5761D2C5" w:rsidR="006A5D93" w:rsidRPr="00C05AB9" w:rsidRDefault="008F5603" w:rsidP="006C7B72">
            <w:pPr>
              <w:spacing w:after="0" w:line="240" w:lineRule="auto"/>
              <w:jc w:val="center"/>
              <w:rPr>
                <w:rFonts w:ascii="Century" w:hAnsi="Century"/>
                <w:bCs/>
                <w:lang w:eastAsia="ja-JP"/>
              </w:rPr>
            </w:pPr>
            <w:r w:rsidRPr="00C05AB9">
              <w:rPr>
                <w:rFonts w:ascii="Century" w:eastAsia="ＭＳ ゴシック" w:hAnsi="Century"/>
                <w:bCs/>
                <w:lang w:eastAsia="ja-JP"/>
              </w:rPr>
              <w:t>（具体的</w:t>
            </w:r>
            <w:r w:rsidR="00ED4366" w:rsidRPr="00C05AB9">
              <w:rPr>
                <w:rFonts w:ascii="Century" w:eastAsia="ＭＳ ゴシック" w:hAnsi="Century"/>
                <w:bCs/>
                <w:lang w:eastAsia="ja-JP"/>
              </w:rPr>
              <w:t>に</w:t>
            </w:r>
            <w:r w:rsidRPr="00C05AB9">
              <w:rPr>
                <w:rFonts w:ascii="Century" w:eastAsia="ＭＳ ゴシック" w:hAnsi="Century"/>
                <w:bCs/>
                <w:lang w:eastAsia="ja-JP"/>
              </w:rPr>
              <w:t>ご記入ください）</w:t>
            </w:r>
            <w:r w:rsidR="009B077A">
              <w:rPr>
                <w:rFonts w:ascii="Century" w:eastAsia="ＭＳ ゴシック" w:hAnsi="Century" w:hint="eastAsia"/>
                <w:bCs/>
                <w:lang w:eastAsia="ja-JP"/>
              </w:rPr>
              <w:t xml:space="preserve"> </w:t>
            </w:r>
          </w:p>
        </w:tc>
        <w:tc>
          <w:tcPr>
            <w:tcW w:w="8100" w:type="dxa"/>
            <w:gridSpan w:val="2"/>
            <w:vAlign w:val="center"/>
          </w:tcPr>
          <w:p w14:paraId="74FC4518" w14:textId="1B593B51" w:rsidR="00703790" w:rsidRDefault="008F5603" w:rsidP="006C7B72">
            <w:pPr>
              <w:spacing w:after="0" w:line="240" w:lineRule="auto"/>
              <w:jc w:val="both"/>
              <w:rPr>
                <w:rFonts w:ascii="Century" w:hAnsi="Century"/>
                <w:bCs/>
                <w:lang w:eastAsia="ja-JP"/>
              </w:rPr>
            </w:pPr>
            <w:r w:rsidRPr="00C05AB9">
              <w:rPr>
                <w:rFonts w:ascii="Century" w:hAnsi="Century"/>
                <w:bCs/>
                <w:lang w:eastAsia="ja-JP"/>
              </w:rPr>
              <w:t>第１希望の機種を希望する理由に</w:t>
            </w:r>
            <w:r w:rsidR="00B26CBA">
              <w:rPr>
                <w:rFonts w:ascii="Century" w:hAnsi="Century" w:hint="eastAsia"/>
                <w:bCs/>
                <w:lang w:eastAsia="ja-JP"/>
              </w:rPr>
              <w:t>チェック</w:t>
            </w:r>
            <w:r w:rsidRPr="00C05AB9">
              <w:rPr>
                <w:rFonts w:ascii="Century" w:hAnsi="Century"/>
                <w:bCs/>
                <w:lang w:eastAsia="ja-JP"/>
              </w:rPr>
              <w:t>をつけてください</w:t>
            </w:r>
          </w:p>
          <w:p w14:paraId="23B42F8F" w14:textId="64A28CED" w:rsidR="00703790" w:rsidRPr="00703790" w:rsidRDefault="00703790" w:rsidP="00703790">
            <w:pPr>
              <w:spacing w:after="0" w:line="240" w:lineRule="auto"/>
              <w:ind w:firstLineChars="100" w:firstLine="172"/>
              <w:jc w:val="both"/>
              <w:rPr>
                <w:rFonts w:ascii="Century" w:hAnsi="Century"/>
                <w:bCs/>
                <w:lang w:eastAsia="ja-JP"/>
              </w:rPr>
            </w:pPr>
            <w:r>
              <w:rPr>
                <w:rFonts w:ascii="Century" w:hAnsi="Century" w:hint="eastAsia"/>
                <w:bCs/>
                <w:spacing w:val="-28"/>
                <w:lang w:eastAsia="ja-JP"/>
              </w:rPr>
              <w:t>↓</w:t>
            </w:r>
            <w:r w:rsidRPr="00703790">
              <w:rPr>
                <w:rFonts w:ascii="Century" w:hAnsi="Century" w:hint="eastAsia"/>
                <w:bCs/>
                <w:lang w:eastAsia="ja-JP"/>
              </w:rPr>
              <w:t>クリックでチェックできます</w:t>
            </w:r>
          </w:p>
        </w:tc>
      </w:tr>
      <w:tr w:rsidR="006A5D93" w:rsidRPr="00C05AB9" w14:paraId="797BFBBC" w14:textId="77777777" w:rsidTr="00ED4366">
        <w:trPr>
          <w:trHeight w:val="397"/>
          <w:jc w:val="center"/>
        </w:trPr>
        <w:tc>
          <w:tcPr>
            <w:tcW w:w="2124" w:type="dxa"/>
            <w:vMerge/>
          </w:tcPr>
          <w:p w14:paraId="2A32CD23" w14:textId="77777777" w:rsidR="006A5D93" w:rsidRPr="00C05AB9" w:rsidRDefault="006A5D93" w:rsidP="006C7B72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79F48FFA" w14:textId="7B0C78C0" w:rsidR="006A5D93" w:rsidRPr="00C05AB9" w:rsidRDefault="00DB4160" w:rsidP="006C7B72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-168465832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="00B26CBA" w:rsidRPr="008F5603">
              <w:rPr>
                <w:rFonts w:ascii="Century" w:hAnsi="Century" w:hint="eastAsia"/>
                <w:bCs/>
                <w:sz w:val="22"/>
                <w:szCs w:val="28"/>
                <w:lang w:eastAsia="ja-JP"/>
              </w:rPr>
              <w:t xml:space="preserve"> </w:t>
            </w:r>
            <w:r w:rsidR="008F5603" w:rsidRPr="00C05AB9">
              <w:rPr>
                <w:rFonts w:ascii="Century" w:hAnsi="Century"/>
                <w:bCs/>
              </w:rPr>
              <w:t>更　新</w:t>
            </w:r>
          </w:p>
        </w:tc>
        <w:tc>
          <w:tcPr>
            <w:tcW w:w="6682" w:type="dxa"/>
            <w:vAlign w:val="center"/>
          </w:tcPr>
          <w:p w14:paraId="364468F9" w14:textId="77777777" w:rsidR="006A5D93" w:rsidRPr="00C05AB9" w:rsidRDefault="008F5603" w:rsidP="006C7B72">
            <w:pPr>
              <w:spacing w:after="0" w:line="240" w:lineRule="auto"/>
              <w:jc w:val="both"/>
              <w:rPr>
                <w:rFonts w:ascii="Century" w:hAnsi="Century"/>
                <w:bCs/>
                <w:lang w:eastAsia="ja-JP"/>
              </w:rPr>
            </w:pPr>
            <w:r w:rsidRPr="00C05AB9">
              <w:rPr>
                <w:rFonts w:ascii="Century" w:hAnsi="Century"/>
                <w:bCs/>
                <w:lang w:eastAsia="ja-JP"/>
              </w:rPr>
              <w:t>現有の教育用溶接機（溶接機）が老朽化しているためこれを更新する。</w:t>
            </w:r>
          </w:p>
        </w:tc>
      </w:tr>
      <w:tr w:rsidR="006A5D93" w:rsidRPr="00C05AB9" w14:paraId="7FABB33C" w14:textId="77777777" w:rsidTr="00ED4366">
        <w:trPr>
          <w:trHeight w:val="397"/>
          <w:jc w:val="center"/>
        </w:trPr>
        <w:tc>
          <w:tcPr>
            <w:tcW w:w="2124" w:type="dxa"/>
            <w:vMerge/>
          </w:tcPr>
          <w:p w14:paraId="24754EFD" w14:textId="77777777" w:rsidR="006A5D93" w:rsidRPr="00C05AB9" w:rsidRDefault="006A5D93" w:rsidP="006C7B72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436404C5" w14:textId="724FB002" w:rsidR="006A5D93" w:rsidRPr="00C05AB9" w:rsidRDefault="00DB4160" w:rsidP="006C7B72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-17236701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="009B077A">
              <w:rPr>
                <w:rFonts w:ascii="Century" w:hAnsi="Century" w:hint="eastAsia"/>
                <w:bCs/>
                <w:lang w:eastAsia="ja-JP"/>
              </w:rPr>
              <w:t xml:space="preserve"> </w:t>
            </w:r>
            <w:r w:rsidR="008F5603" w:rsidRPr="00C05AB9">
              <w:rPr>
                <w:rFonts w:ascii="Century" w:hAnsi="Century"/>
                <w:bCs/>
              </w:rPr>
              <w:t>新　規</w:t>
            </w:r>
          </w:p>
        </w:tc>
        <w:tc>
          <w:tcPr>
            <w:tcW w:w="6682" w:type="dxa"/>
            <w:vAlign w:val="center"/>
          </w:tcPr>
          <w:p w14:paraId="6F17D0A1" w14:textId="77777777" w:rsidR="006A5D93" w:rsidRPr="00C05AB9" w:rsidRDefault="008F5603" w:rsidP="006C7B72">
            <w:pPr>
              <w:spacing w:after="0" w:line="240" w:lineRule="auto"/>
              <w:jc w:val="both"/>
              <w:rPr>
                <w:rFonts w:ascii="Century" w:hAnsi="Century"/>
                <w:bCs/>
                <w:lang w:eastAsia="ja-JP"/>
              </w:rPr>
            </w:pPr>
            <w:r w:rsidRPr="00C05AB9">
              <w:rPr>
                <w:rFonts w:ascii="Century" w:hAnsi="Century"/>
                <w:bCs/>
                <w:lang w:eastAsia="ja-JP"/>
              </w:rPr>
              <w:t>新たな教育用溶接機（溶接機）を導入し溶接教育の充実を図る。</w:t>
            </w:r>
          </w:p>
        </w:tc>
      </w:tr>
      <w:tr w:rsidR="006A5D93" w:rsidRPr="00C05AB9" w14:paraId="4928FAB6" w14:textId="77777777" w:rsidTr="00ED4366">
        <w:trPr>
          <w:trHeight w:val="397"/>
          <w:jc w:val="center"/>
        </w:trPr>
        <w:tc>
          <w:tcPr>
            <w:tcW w:w="2124" w:type="dxa"/>
            <w:vMerge/>
          </w:tcPr>
          <w:p w14:paraId="790803A6" w14:textId="77777777" w:rsidR="006A5D93" w:rsidRPr="00C05AB9" w:rsidRDefault="006A5D93" w:rsidP="006C7B72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4380E513" w14:textId="06D019C6" w:rsidR="006A5D93" w:rsidRPr="00C05AB9" w:rsidRDefault="00DB4160" w:rsidP="006C7B72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-168620142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="00B26CBA">
              <w:rPr>
                <w:rFonts w:ascii="Century" w:hAnsi="Century" w:hint="eastAsia"/>
                <w:bCs/>
                <w:lang w:eastAsia="ja-JP"/>
              </w:rPr>
              <w:t xml:space="preserve"> </w:t>
            </w:r>
            <w:r w:rsidR="008F5603" w:rsidRPr="00C05AB9">
              <w:rPr>
                <w:rFonts w:ascii="Century" w:hAnsi="Century"/>
                <w:bCs/>
              </w:rPr>
              <w:t>充　足</w:t>
            </w:r>
          </w:p>
        </w:tc>
        <w:tc>
          <w:tcPr>
            <w:tcW w:w="6682" w:type="dxa"/>
            <w:vAlign w:val="center"/>
          </w:tcPr>
          <w:p w14:paraId="42E0E7CA" w14:textId="77777777" w:rsidR="006A5D93" w:rsidRPr="00C05AB9" w:rsidRDefault="008F5603" w:rsidP="006C7B72">
            <w:pPr>
              <w:spacing w:after="0" w:line="240" w:lineRule="auto"/>
              <w:jc w:val="both"/>
              <w:rPr>
                <w:rFonts w:ascii="Century" w:hAnsi="Century"/>
                <w:bCs/>
                <w:lang w:eastAsia="ja-JP"/>
              </w:rPr>
            </w:pPr>
            <w:r w:rsidRPr="00C05AB9">
              <w:rPr>
                <w:rFonts w:ascii="Century" w:hAnsi="Century"/>
                <w:bCs/>
                <w:lang w:eastAsia="ja-JP"/>
              </w:rPr>
              <w:t>現有の教育用溶接機（溶接機）が不足しているので、これを充足する。</w:t>
            </w:r>
          </w:p>
        </w:tc>
      </w:tr>
      <w:tr w:rsidR="006A5D93" w:rsidRPr="00C05AB9" w14:paraId="423D1CBE" w14:textId="77777777" w:rsidTr="00ED4366">
        <w:trPr>
          <w:trHeight w:val="1644"/>
          <w:jc w:val="center"/>
        </w:trPr>
        <w:tc>
          <w:tcPr>
            <w:tcW w:w="2124" w:type="dxa"/>
            <w:vMerge/>
          </w:tcPr>
          <w:p w14:paraId="4426F926" w14:textId="77777777" w:rsidR="006A5D93" w:rsidRPr="00C05AB9" w:rsidRDefault="006A5D93" w:rsidP="006C7B72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</w:p>
        </w:tc>
        <w:tc>
          <w:tcPr>
            <w:tcW w:w="8100" w:type="dxa"/>
            <w:gridSpan w:val="2"/>
          </w:tcPr>
          <w:p w14:paraId="16BAF3F3" w14:textId="77777777" w:rsidR="006A5D93" w:rsidRPr="00B47C8C" w:rsidRDefault="008F5603" w:rsidP="006C7B72">
            <w:pPr>
              <w:spacing w:after="0" w:line="240" w:lineRule="auto"/>
              <w:rPr>
                <w:rFonts w:ascii="Century" w:hAnsi="Century"/>
                <w:bCs/>
                <w:sz w:val="18"/>
                <w:szCs w:val="21"/>
                <w:lang w:eastAsia="ja-JP"/>
              </w:rPr>
            </w:pPr>
            <w:r w:rsidRPr="00B47C8C">
              <w:rPr>
                <w:rFonts w:ascii="ＭＳ 明朝" w:eastAsia="ＭＳ 明朝" w:hAnsi="ＭＳ 明朝" w:cs="ＭＳ 明朝" w:hint="eastAsia"/>
                <w:bCs/>
                <w:sz w:val="18"/>
                <w:szCs w:val="21"/>
                <w:lang w:eastAsia="ja-JP"/>
              </w:rPr>
              <w:t>※</w:t>
            </w:r>
            <w:r w:rsidRPr="00B47C8C">
              <w:rPr>
                <w:rFonts w:ascii="Century" w:hAnsi="Century"/>
                <w:bCs/>
                <w:sz w:val="18"/>
                <w:szCs w:val="21"/>
                <w:lang w:eastAsia="ja-JP"/>
              </w:rPr>
              <w:t>更新の場合は、更新の対象となる溶接機の種類、型番、製造年もご記入ください。</w:t>
            </w:r>
          </w:p>
          <w:p w14:paraId="26310943" w14:textId="3BB3D61E" w:rsidR="00ED4366" w:rsidRPr="00C05AB9" w:rsidRDefault="00ED4366" w:rsidP="006C7B72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</w:p>
        </w:tc>
      </w:tr>
    </w:tbl>
    <w:p w14:paraId="3D8470DA" w14:textId="77777777" w:rsidR="006A5D93" w:rsidRPr="00C05AB9" w:rsidRDefault="006A5D93" w:rsidP="006C7B72">
      <w:pPr>
        <w:spacing w:after="0" w:line="240" w:lineRule="auto"/>
        <w:rPr>
          <w:rFonts w:ascii="Century" w:hAnsi="Century"/>
          <w:bCs/>
          <w:lang w:eastAsia="ja-JP"/>
        </w:rPr>
      </w:pPr>
    </w:p>
    <w:tbl>
      <w:tblPr>
        <w:tblW w:w="0" w:type="auto"/>
        <w:jc w:val="center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A0A0A0"/>
          <w:insideV w:val="single" w:sz="4" w:space="0" w:color="A0A0A0"/>
        </w:tblBorders>
        <w:tblLook w:val="04A0" w:firstRow="1" w:lastRow="0" w:firstColumn="1" w:lastColumn="0" w:noHBand="0" w:noVBand="1"/>
      </w:tblPr>
      <w:tblGrid>
        <w:gridCol w:w="2124"/>
        <w:gridCol w:w="1134"/>
        <w:gridCol w:w="2694"/>
        <w:gridCol w:w="850"/>
        <w:gridCol w:w="851"/>
        <w:gridCol w:w="2571"/>
      </w:tblGrid>
      <w:tr w:rsidR="006A5D93" w:rsidRPr="00C05AB9" w14:paraId="480177EA" w14:textId="77777777" w:rsidTr="00C95814">
        <w:trPr>
          <w:trHeight w:val="454"/>
          <w:jc w:val="center"/>
        </w:trPr>
        <w:tc>
          <w:tcPr>
            <w:tcW w:w="2124" w:type="dxa"/>
            <w:vMerge w:val="restart"/>
            <w:shd w:val="clear" w:color="auto" w:fill="F2F2F2"/>
            <w:vAlign w:val="center"/>
          </w:tcPr>
          <w:p w14:paraId="6E3ACFED" w14:textId="77777777" w:rsidR="006C7B72" w:rsidRPr="00C05AB9" w:rsidRDefault="008F5603" w:rsidP="006C7B72">
            <w:pPr>
              <w:spacing w:after="0" w:line="240" w:lineRule="auto"/>
              <w:jc w:val="center"/>
              <w:rPr>
                <w:rFonts w:ascii="Century" w:eastAsia="ＭＳ ゴシック" w:hAnsi="Century"/>
                <w:bCs/>
                <w:lang w:eastAsia="ja-JP"/>
              </w:rPr>
            </w:pPr>
            <w:r w:rsidRPr="00C05AB9">
              <w:rPr>
                <w:rFonts w:ascii="Century" w:eastAsia="ＭＳ ゴシック" w:hAnsi="Century"/>
                <w:bCs/>
                <w:lang w:eastAsia="ja-JP"/>
              </w:rPr>
              <w:t>授業内外活用計画</w:t>
            </w:r>
          </w:p>
          <w:p w14:paraId="1CEA2E25" w14:textId="0365AA16" w:rsidR="006A5D93" w:rsidRPr="00C05AB9" w:rsidRDefault="008F5603" w:rsidP="006C7B72">
            <w:pPr>
              <w:spacing w:after="0" w:line="240" w:lineRule="auto"/>
              <w:jc w:val="center"/>
              <w:rPr>
                <w:rFonts w:ascii="Century" w:hAnsi="Century"/>
                <w:bCs/>
                <w:lang w:eastAsia="ja-JP"/>
              </w:rPr>
            </w:pPr>
            <w:r w:rsidRPr="00C05AB9">
              <w:rPr>
                <w:rFonts w:ascii="Century" w:eastAsia="ＭＳ ゴシック" w:hAnsi="Century"/>
                <w:bCs/>
                <w:lang w:eastAsia="ja-JP"/>
              </w:rPr>
              <w:t>（一人当たりの平均年間活用時間）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EF8F7D6" w14:textId="285E2B43" w:rsidR="006A5D93" w:rsidRPr="00C05AB9" w:rsidRDefault="008F5603" w:rsidP="006C7B72">
            <w:pPr>
              <w:spacing w:after="0" w:line="240" w:lineRule="auto"/>
              <w:jc w:val="center"/>
              <w:rPr>
                <w:rFonts w:ascii="Century" w:hAnsi="Century"/>
                <w:bCs/>
                <w:spacing w:val="-20"/>
              </w:rPr>
            </w:pPr>
            <w:r w:rsidRPr="00C05AB9">
              <w:rPr>
                <w:rFonts w:ascii="Century" w:hAnsi="Century"/>
                <w:bCs/>
                <w:spacing w:val="-20"/>
              </w:rPr>
              <w:t>学</w:t>
            </w:r>
            <w:r w:rsidR="00C05AB9">
              <w:rPr>
                <w:rFonts w:ascii="Century" w:hAnsi="Century" w:hint="eastAsia"/>
                <w:bCs/>
                <w:spacing w:val="-20"/>
                <w:lang w:eastAsia="ja-JP"/>
              </w:rPr>
              <w:t xml:space="preserve">　</w:t>
            </w:r>
            <w:r w:rsidRPr="00C05AB9">
              <w:rPr>
                <w:rFonts w:ascii="Century" w:hAnsi="Century"/>
                <w:bCs/>
                <w:spacing w:val="-20"/>
              </w:rPr>
              <w:t>年</w:t>
            </w:r>
          </w:p>
        </w:tc>
        <w:tc>
          <w:tcPr>
            <w:tcW w:w="2694" w:type="dxa"/>
            <w:shd w:val="clear" w:color="auto" w:fill="F2F2F2"/>
            <w:vAlign w:val="center"/>
          </w:tcPr>
          <w:p w14:paraId="1048C801" w14:textId="5BBACD2D" w:rsidR="006A5D93" w:rsidRPr="00C05AB9" w:rsidRDefault="008F5603" w:rsidP="006C7B72">
            <w:pPr>
              <w:spacing w:after="0" w:line="240" w:lineRule="auto"/>
              <w:jc w:val="center"/>
              <w:rPr>
                <w:rFonts w:ascii="Century" w:hAnsi="Century"/>
                <w:bCs/>
                <w:spacing w:val="-20"/>
              </w:rPr>
            </w:pPr>
            <w:r w:rsidRPr="00C05AB9">
              <w:rPr>
                <w:rFonts w:ascii="Century" w:hAnsi="Century"/>
                <w:bCs/>
                <w:spacing w:val="-20"/>
              </w:rPr>
              <w:t>科</w:t>
            </w:r>
            <w:r w:rsidR="00C05AB9">
              <w:rPr>
                <w:rFonts w:ascii="Century" w:hAnsi="Century" w:hint="eastAsia"/>
                <w:bCs/>
                <w:spacing w:val="-20"/>
                <w:lang w:eastAsia="ja-JP"/>
              </w:rPr>
              <w:t xml:space="preserve">　</w:t>
            </w:r>
            <w:r w:rsidRPr="00C05AB9">
              <w:rPr>
                <w:rFonts w:ascii="Century" w:hAnsi="Century"/>
                <w:bCs/>
                <w:spacing w:val="-20"/>
              </w:rPr>
              <w:t>目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532D7A1F" w14:textId="77777777" w:rsidR="006A5D93" w:rsidRPr="00C05AB9" w:rsidRDefault="008F5603" w:rsidP="006C7B72">
            <w:pPr>
              <w:spacing w:after="0" w:line="240" w:lineRule="auto"/>
              <w:jc w:val="center"/>
              <w:rPr>
                <w:rFonts w:ascii="Century" w:hAnsi="Century"/>
                <w:bCs/>
                <w:spacing w:val="-28"/>
              </w:rPr>
            </w:pPr>
            <w:r w:rsidRPr="00C05AB9">
              <w:rPr>
                <w:rFonts w:ascii="Century" w:hAnsi="Century"/>
                <w:bCs/>
                <w:spacing w:val="-28"/>
              </w:rPr>
              <w:t>単位数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12B2D41A" w14:textId="77777777" w:rsidR="006A5D93" w:rsidRPr="00C05AB9" w:rsidRDefault="008F5603" w:rsidP="006C7B72">
            <w:pPr>
              <w:spacing w:after="0" w:line="240" w:lineRule="auto"/>
              <w:jc w:val="center"/>
              <w:rPr>
                <w:rFonts w:ascii="Century" w:hAnsi="Century"/>
                <w:bCs/>
                <w:spacing w:val="-28"/>
              </w:rPr>
            </w:pPr>
            <w:r w:rsidRPr="00C05AB9">
              <w:rPr>
                <w:rFonts w:ascii="Century" w:hAnsi="Century"/>
                <w:bCs/>
                <w:spacing w:val="-28"/>
              </w:rPr>
              <w:t>週数</w:t>
            </w:r>
          </w:p>
        </w:tc>
        <w:tc>
          <w:tcPr>
            <w:tcW w:w="2571" w:type="dxa"/>
            <w:shd w:val="clear" w:color="auto" w:fill="F2F2F2"/>
            <w:vAlign w:val="center"/>
          </w:tcPr>
          <w:p w14:paraId="717F9EF1" w14:textId="77777777" w:rsidR="006A5D93" w:rsidRPr="00C05AB9" w:rsidRDefault="008F5603" w:rsidP="006C7B72">
            <w:pPr>
              <w:spacing w:after="0" w:line="240" w:lineRule="auto"/>
              <w:jc w:val="center"/>
              <w:rPr>
                <w:rFonts w:ascii="Century" w:hAnsi="Century"/>
                <w:bCs/>
                <w:spacing w:val="-20"/>
                <w:lang w:eastAsia="ja-JP"/>
              </w:rPr>
            </w:pPr>
            <w:r w:rsidRPr="00C05AB9">
              <w:rPr>
                <w:rFonts w:ascii="Century" w:hAnsi="Century"/>
                <w:bCs/>
                <w:spacing w:val="-20"/>
                <w:lang w:eastAsia="ja-JP"/>
              </w:rPr>
              <w:t>一人当たりの年間活用時間</w:t>
            </w:r>
          </w:p>
        </w:tc>
      </w:tr>
      <w:tr w:rsidR="006A5D93" w:rsidRPr="00C05AB9" w14:paraId="1C334BA3" w14:textId="77777777" w:rsidTr="00C95814">
        <w:trPr>
          <w:trHeight w:val="340"/>
          <w:jc w:val="center"/>
        </w:trPr>
        <w:tc>
          <w:tcPr>
            <w:tcW w:w="2124" w:type="dxa"/>
            <w:vMerge/>
          </w:tcPr>
          <w:p w14:paraId="7B62294A" w14:textId="77777777" w:rsidR="006A5D93" w:rsidRPr="00C05AB9" w:rsidRDefault="006A5D93" w:rsidP="006C7B72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7FD7018D" w14:textId="72605C39" w:rsidR="006A5D93" w:rsidRPr="00C05AB9" w:rsidRDefault="00C95814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  <w:r>
              <w:rPr>
                <w:rFonts w:ascii="Century" w:hAnsi="Century" w:hint="eastAsia"/>
                <w:bCs/>
                <w:lang w:eastAsia="ja-JP"/>
              </w:rPr>
              <w:t>(</w:t>
            </w:r>
            <w:r w:rsidR="008F5603" w:rsidRPr="00C05AB9">
              <w:rPr>
                <w:rFonts w:ascii="Century" w:hAnsi="Century"/>
                <w:bCs/>
              </w:rPr>
              <w:t>例</w:t>
            </w:r>
            <w:r>
              <w:rPr>
                <w:rFonts w:ascii="Century" w:hAnsi="Century" w:hint="eastAsia"/>
                <w:bCs/>
                <w:lang w:eastAsia="ja-JP"/>
              </w:rPr>
              <w:t>)</w:t>
            </w:r>
            <w:r w:rsidR="008F5603" w:rsidRPr="00C05AB9">
              <w:rPr>
                <w:rFonts w:ascii="Century" w:hAnsi="Century"/>
                <w:bCs/>
              </w:rPr>
              <w:t>1</w:t>
            </w:r>
            <w:r w:rsidR="008F5603" w:rsidRPr="00C05AB9">
              <w:rPr>
                <w:rFonts w:ascii="Century" w:hAnsi="Century"/>
                <w:bCs/>
              </w:rPr>
              <w:t>年</w:t>
            </w:r>
          </w:p>
        </w:tc>
        <w:tc>
          <w:tcPr>
            <w:tcW w:w="2694" w:type="dxa"/>
            <w:vAlign w:val="center"/>
          </w:tcPr>
          <w:p w14:paraId="76638038" w14:textId="77777777" w:rsidR="006A5D93" w:rsidRPr="00C05AB9" w:rsidRDefault="008F560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  <w:r w:rsidRPr="00C05AB9">
              <w:rPr>
                <w:rFonts w:ascii="Century" w:hAnsi="Century"/>
                <w:bCs/>
              </w:rPr>
              <w:t>工業技術基礎</w:t>
            </w:r>
          </w:p>
        </w:tc>
        <w:tc>
          <w:tcPr>
            <w:tcW w:w="850" w:type="dxa"/>
            <w:vAlign w:val="center"/>
          </w:tcPr>
          <w:p w14:paraId="623AEA3D" w14:textId="77777777" w:rsidR="006A5D93" w:rsidRPr="00C05AB9" w:rsidRDefault="008F560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  <w:r w:rsidRPr="00C05AB9">
              <w:rPr>
                <w:rFonts w:ascii="Century" w:hAnsi="Century"/>
                <w:bCs/>
              </w:rPr>
              <w:t>3</w:t>
            </w:r>
          </w:p>
        </w:tc>
        <w:tc>
          <w:tcPr>
            <w:tcW w:w="851" w:type="dxa"/>
            <w:vAlign w:val="center"/>
          </w:tcPr>
          <w:p w14:paraId="093916C8" w14:textId="77777777" w:rsidR="006A5D93" w:rsidRPr="00C05AB9" w:rsidRDefault="008F560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  <w:r w:rsidRPr="00C05AB9">
              <w:rPr>
                <w:rFonts w:ascii="Century" w:hAnsi="Century"/>
                <w:bCs/>
              </w:rPr>
              <w:t>4</w:t>
            </w:r>
          </w:p>
        </w:tc>
        <w:tc>
          <w:tcPr>
            <w:tcW w:w="2571" w:type="dxa"/>
            <w:vAlign w:val="center"/>
          </w:tcPr>
          <w:p w14:paraId="6E2BAA5B" w14:textId="38FE52CB" w:rsidR="006A5D93" w:rsidRPr="00C05AB9" w:rsidRDefault="00C05AB9" w:rsidP="00C05AB9">
            <w:pPr>
              <w:spacing w:after="0" w:line="240" w:lineRule="auto"/>
              <w:jc w:val="right"/>
              <w:rPr>
                <w:rFonts w:ascii="Century" w:hAnsi="Century"/>
                <w:bCs/>
              </w:rPr>
            </w:pPr>
            <w:r>
              <w:rPr>
                <w:rFonts w:ascii="Century" w:hAnsi="Century" w:hint="eastAsia"/>
                <w:bCs/>
                <w:lang w:eastAsia="ja-JP"/>
              </w:rPr>
              <w:t>（</w:t>
            </w:r>
            <w:r w:rsidR="008F5603" w:rsidRPr="00C05AB9">
              <w:rPr>
                <w:rFonts w:ascii="Century" w:hAnsi="Century"/>
                <w:bCs/>
              </w:rPr>
              <w:t>3</w:t>
            </w:r>
            <w:r w:rsidR="008F5603" w:rsidRPr="00C05AB9">
              <w:rPr>
                <w:rFonts w:ascii="Century" w:hAnsi="Century"/>
                <w:bCs/>
              </w:rPr>
              <w:t>単位</w:t>
            </w:r>
            <w:r w:rsidR="00ED4366" w:rsidRPr="00C05AB9">
              <w:rPr>
                <w:rFonts w:ascii="Century" w:hAnsi="Century"/>
                <w:bCs/>
                <w:lang w:eastAsia="ja-JP"/>
              </w:rPr>
              <w:t>×</w:t>
            </w:r>
            <w:r w:rsidR="008F5603" w:rsidRPr="00C05AB9">
              <w:rPr>
                <w:rFonts w:ascii="Century" w:hAnsi="Century"/>
                <w:bCs/>
              </w:rPr>
              <w:t>4</w:t>
            </w:r>
            <w:r w:rsidR="008F5603" w:rsidRPr="00C05AB9">
              <w:rPr>
                <w:rFonts w:ascii="Century" w:hAnsi="Century"/>
                <w:bCs/>
              </w:rPr>
              <w:t>週</w:t>
            </w:r>
            <w:r>
              <w:rPr>
                <w:rFonts w:ascii="Century" w:hAnsi="Century" w:hint="eastAsia"/>
                <w:bCs/>
                <w:lang w:eastAsia="ja-JP"/>
              </w:rPr>
              <w:t>）</w:t>
            </w:r>
            <w:r w:rsidR="008F5603" w:rsidRPr="00C05AB9">
              <w:rPr>
                <w:rFonts w:ascii="Century" w:hAnsi="Century"/>
                <w:bCs/>
              </w:rPr>
              <w:t>＝</w:t>
            </w:r>
            <w:r w:rsidR="008F5603" w:rsidRPr="00C05AB9">
              <w:rPr>
                <w:rFonts w:ascii="Century" w:hAnsi="Century"/>
                <w:bCs/>
              </w:rPr>
              <w:t xml:space="preserve">12 </w:t>
            </w:r>
            <w:r w:rsidR="008F5603" w:rsidRPr="00C05AB9">
              <w:rPr>
                <w:rFonts w:ascii="Century" w:hAnsi="Century"/>
                <w:bCs/>
              </w:rPr>
              <w:t>時間</w:t>
            </w:r>
          </w:p>
        </w:tc>
      </w:tr>
      <w:tr w:rsidR="006A5D93" w:rsidRPr="00C05AB9" w14:paraId="1A57358F" w14:textId="77777777" w:rsidTr="00C95814">
        <w:trPr>
          <w:trHeight w:val="340"/>
          <w:jc w:val="center"/>
        </w:trPr>
        <w:tc>
          <w:tcPr>
            <w:tcW w:w="2124" w:type="dxa"/>
            <w:vMerge/>
          </w:tcPr>
          <w:p w14:paraId="76E97950" w14:textId="77777777" w:rsidR="006A5D93" w:rsidRPr="00C05AB9" w:rsidRDefault="006A5D93" w:rsidP="006C7B72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  <w:tc>
          <w:tcPr>
            <w:tcW w:w="1134" w:type="dxa"/>
            <w:vAlign w:val="center"/>
          </w:tcPr>
          <w:p w14:paraId="75DFEEBD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2694" w:type="dxa"/>
            <w:vAlign w:val="center"/>
          </w:tcPr>
          <w:p w14:paraId="2AD6D274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850" w:type="dxa"/>
            <w:vAlign w:val="center"/>
          </w:tcPr>
          <w:p w14:paraId="0E54877B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851" w:type="dxa"/>
            <w:vAlign w:val="center"/>
          </w:tcPr>
          <w:p w14:paraId="5BDE3D44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2571" w:type="dxa"/>
            <w:vAlign w:val="center"/>
          </w:tcPr>
          <w:p w14:paraId="77E153C2" w14:textId="16577EE9" w:rsidR="006A5D93" w:rsidRPr="00C05AB9" w:rsidRDefault="008F5603" w:rsidP="00C05AB9">
            <w:pPr>
              <w:spacing w:after="0" w:line="240" w:lineRule="auto"/>
              <w:jc w:val="right"/>
              <w:rPr>
                <w:rFonts w:ascii="Century" w:hAnsi="Century"/>
                <w:bCs/>
              </w:rPr>
            </w:pPr>
            <w:r w:rsidRPr="00C05AB9">
              <w:rPr>
                <w:rFonts w:ascii="Century" w:hAnsi="Century"/>
                <w:bCs/>
              </w:rPr>
              <w:t>時間</w:t>
            </w:r>
          </w:p>
        </w:tc>
      </w:tr>
      <w:tr w:rsidR="006A5D93" w:rsidRPr="00C05AB9" w14:paraId="028673EA" w14:textId="77777777" w:rsidTr="00C95814">
        <w:trPr>
          <w:trHeight w:val="340"/>
          <w:jc w:val="center"/>
        </w:trPr>
        <w:tc>
          <w:tcPr>
            <w:tcW w:w="2124" w:type="dxa"/>
            <w:vMerge/>
          </w:tcPr>
          <w:p w14:paraId="1EAE8100" w14:textId="77777777" w:rsidR="006A5D93" w:rsidRPr="00C05AB9" w:rsidRDefault="006A5D93" w:rsidP="006C7B72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  <w:tc>
          <w:tcPr>
            <w:tcW w:w="1134" w:type="dxa"/>
            <w:vAlign w:val="center"/>
          </w:tcPr>
          <w:p w14:paraId="27978C82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2694" w:type="dxa"/>
            <w:vAlign w:val="center"/>
          </w:tcPr>
          <w:p w14:paraId="7BF610D8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850" w:type="dxa"/>
            <w:vAlign w:val="center"/>
          </w:tcPr>
          <w:p w14:paraId="29F12276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851" w:type="dxa"/>
            <w:vAlign w:val="center"/>
          </w:tcPr>
          <w:p w14:paraId="22C3C33D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2571" w:type="dxa"/>
            <w:vAlign w:val="center"/>
          </w:tcPr>
          <w:p w14:paraId="4B25C1BE" w14:textId="303C59F0" w:rsidR="006A5D93" w:rsidRPr="00C05AB9" w:rsidRDefault="008F5603" w:rsidP="00C05AB9">
            <w:pPr>
              <w:spacing w:after="0" w:line="240" w:lineRule="auto"/>
              <w:jc w:val="right"/>
              <w:rPr>
                <w:rFonts w:ascii="Century" w:hAnsi="Century"/>
                <w:bCs/>
              </w:rPr>
            </w:pPr>
            <w:r w:rsidRPr="00C05AB9">
              <w:rPr>
                <w:rFonts w:ascii="Century" w:hAnsi="Century"/>
                <w:bCs/>
              </w:rPr>
              <w:t>時間</w:t>
            </w:r>
          </w:p>
        </w:tc>
      </w:tr>
      <w:tr w:rsidR="006A5D93" w:rsidRPr="00C05AB9" w14:paraId="272D4DAA" w14:textId="77777777" w:rsidTr="00C95814">
        <w:trPr>
          <w:trHeight w:val="340"/>
          <w:jc w:val="center"/>
        </w:trPr>
        <w:tc>
          <w:tcPr>
            <w:tcW w:w="2124" w:type="dxa"/>
            <w:vMerge/>
          </w:tcPr>
          <w:p w14:paraId="7B197BF8" w14:textId="77777777" w:rsidR="006A5D93" w:rsidRPr="00C05AB9" w:rsidRDefault="006A5D93" w:rsidP="006C7B72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  <w:tc>
          <w:tcPr>
            <w:tcW w:w="1134" w:type="dxa"/>
            <w:vAlign w:val="center"/>
          </w:tcPr>
          <w:p w14:paraId="1BB5E07E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2694" w:type="dxa"/>
            <w:vAlign w:val="center"/>
          </w:tcPr>
          <w:p w14:paraId="2B7214DF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850" w:type="dxa"/>
            <w:vAlign w:val="center"/>
          </w:tcPr>
          <w:p w14:paraId="52977358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851" w:type="dxa"/>
            <w:vAlign w:val="center"/>
          </w:tcPr>
          <w:p w14:paraId="1730E9FD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2571" w:type="dxa"/>
            <w:vAlign w:val="center"/>
          </w:tcPr>
          <w:p w14:paraId="4A8D3B6B" w14:textId="0BBC10B0" w:rsidR="006A5D93" w:rsidRPr="00C05AB9" w:rsidRDefault="008F5603" w:rsidP="00C05AB9">
            <w:pPr>
              <w:spacing w:after="0" w:line="240" w:lineRule="auto"/>
              <w:jc w:val="right"/>
              <w:rPr>
                <w:rFonts w:ascii="Century" w:hAnsi="Century"/>
                <w:bCs/>
              </w:rPr>
            </w:pPr>
            <w:r w:rsidRPr="00C05AB9">
              <w:rPr>
                <w:rFonts w:ascii="Century" w:hAnsi="Century"/>
                <w:bCs/>
              </w:rPr>
              <w:t>時間</w:t>
            </w:r>
          </w:p>
        </w:tc>
      </w:tr>
      <w:tr w:rsidR="006A5D93" w:rsidRPr="00C05AB9" w14:paraId="3890917D" w14:textId="77777777" w:rsidTr="00C95814">
        <w:trPr>
          <w:trHeight w:val="340"/>
          <w:jc w:val="center"/>
        </w:trPr>
        <w:tc>
          <w:tcPr>
            <w:tcW w:w="2124" w:type="dxa"/>
            <w:vMerge/>
          </w:tcPr>
          <w:p w14:paraId="10094BC7" w14:textId="77777777" w:rsidR="006A5D93" w:rsidRPr="00C05AB9" w:rsidRDefault="006A5D93" w:rsidP="006C7B72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  <w:tc>
          <w:tcPr>
            <w:tcW w:w="1134" w:type="dxa"/>
            <w:vAlign w:val="center"/>
          </w:tcPr>
          <w:p w14:paraId="4FACBCAD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2694" w:type="dxa"/>
            <w:vAlign w:val="center"/>
          </w:tcPr>
          <w:p w14:paraId="30CF1935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850" w:type="dxa"/>
            <w:vAlign w:val="center"/>
          </w:tcPr>
          <w:p w14:paraId="1406D05C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851" w:type="dxa"/>
            <w:vAlign w:val="center"/>
          </w:tcPr>
          <w:p w14:paraId="6474258C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2571" w:type="dxa"/>
            <w:vAlign w:val="center"/>
          </w:tcPr>
          <w:p w14:paraId="56D15AAD" w14:textId="4537188F" w:rsidR="006A5D93" w:rsidRPr="00C05AB9" w:rsidRDefault="008F5603" w:rsidP="00C05AB9">
            <w:pPr>
              <w:spacing w:after="0" w:line="240" w:lineRule="auto"/>
              <w:jc w:val="right"/>
              <w:rPr>
                <w:rFonts w:ascii="Century" w:hAnsi="Century"/>
                <w:bCs/>
              </w:rPr>
            </w:pPr>
            <w:r w:rsidRPr="00C05AB9">
              <w:rPr>
                <w:rFonts w:ascii="Century" w:hAnsi="Century"/>
                <w:bCs/>
              </w:rPr>
              <w:t>時間</w:t>
            </w:r>
          </w:p>
        </w:tc>
      </w:tr>
      <w:tr w:rsidR="006A5D93" w:rsidRPr="00C05AB9" w14:paraId="2B9F0956" w14:textId="77777777" w:rsidTr="00C95814">
        <w:trPr>
          <w:trHeight w:val="340"/>
          <w:jc w:val="center"/>
        </w:trPr>
        <w:tc>
          <w:tcPr>
            <w:tcW w:w="2124" w:type="dxa"/>
            <w:vMerge/>
          </w:tcPr>
          <w:p w14:paraId="1D2A3ECE" w14:textId="77777777" w:rsidR="006A5D93" w:rsidRPr="00C05AB9" w:rsidRDefault="006A5D93" w:rsidP="006C7B72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  <w:tc>
          <w:tcPr>
            <w:tcW w:w="1134" w:type="dxa"/>
            <w:vAlign w:val="center"/>
          </w:tcPr>
          <w:p w14:paraId="78B828DE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2694" w:type="dxa"/>
            <w:vAlign w:val="center"/>
          </w:tcPr>
          <w:p w14:paraId="4C04CA27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850" w:type="dxa"/>
            <w:vAlign w:val="center"/>
          </w:tcPr>
          <w:p w14:paraId="6ECC1D98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851" w:type="dxa"/>
            <w:vAlign w:val="center"/>
          </w:tcPr>
          <w:p w14:paraId="279851D9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2571" w:type="dxa"/>
            <w:vAlign w:val="center"/>
          </w:tcPr>
          <w:p w14:paraId="1988AE9A" w14:textId="775F99DE" w:rsidR="006A5D93" w:rsidRPr="00C05AB9" w:rsidRDefault="008F5603" w:rsidP="00C05AB9">
            <w:pPr>
              <w:spacing w:after="0" w:line="240" w:lineRule="auto"/>
              <w:jc w:val="right"/>
              <w:rPr>
                <w:rFonts w:ascii="Century" w:hAnsi="Century"/>
                <w:bCs/>
              </w:rPr>
            </w:pPr>
            <w:r w:rsidRPr="00C05AB9">
              <w:rPr>
                <w:rFonts w:ascii="Century" w:hAnsi="Century"/>
                <w:bCs/>
              </w:rPr>
              <w:t>時間</w:t>
            </w:r>
          </w:p>
        </w:tc>
      </w:tr>
      <w:tr w:rsidR="006A5D93" w:rsidRPr="00C05AB9" w14:paraId="1EEBB20A" w14:textId="77777777" w:rsidTr="00C95814">
        <w:trPr>
          <w:trHeight w:val="340"/>
          <w:jc w:val="center"/>
        </w:trPr>
        <w:tc>
          <w:tcPr>
            <w:tcW w:w="2124" w:type="dxa"/>
            <w:vMerge/>
          </w:tcPr>
          <w:p w14:paraId="0F35F559" w14:textId="77777777" w:rsidR="006A5D93" w:rsidRPr="00C05AB9" w:rsidRDefault="006A5D93" w:rsidP="006C7B72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  <w:tc>
          <w:tcPr>
            <w:tcW w:w="1134" w:type="dxa"/>
            <w:vAlign w:val="center"/>
          </w:tcPr>
          <w:p w14:paraId="2412074A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2694" w:type="dxa"/>
            <w:vAlign w:val="center"/>
          </w:tcPr>
          <w:p w14:paraId="62AE5EF3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850" w:type="dxa"/>
            <w:vAlign w:val="center"/>
          </w:tcPr>
          <w:p w14:paraId="567D6B8A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851" w:type="dxa"/>
            <w:vAlign w:val="center"/>
          </w:tcPr>
          <w:p w14:paraId="2493701D" w14:textId="77777777" w:rsidR="006A5D93" w:rsidRPr="00C05AB9" w:rsidRDefault="006A5D93" w:rsidP="00C95814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</w:p>
        </w:tc>
        <w:tc>
          <w:tcPr>
            <w:tcW w:w="2571" w:type="dxa"/>
            <w:vAlign w:val="center"/>
          </w:tcPr>
          <w:p w14:paraId="4740E05A" w14:textId="4AB9F8BD" w:rsidR="006A5D93" w:rsidRPr="00C05AB9" w:rsidRDefault="008F5603" w:rsidP="00C05AB9">
            <w:pPr>
              <w:spacing w:after="0" w:line="240" w:lineRule="auto"/>
              <w:jc w:val="right"/>
              <w:rPr>
                <w:rFonts w:ascii="Century" w:hAnsi="Century"/>
                <w:bCs/>
              </w:rPr>
            </w:pPr>
            <w:r w:rsidRPr="00C05AB9">
              <w:rPr>
                <w:rFonts w:ascii="Century" w:hAnsi="Century"/>
                <w:bCs/>
              </w:rPr>
              <w:t>時間</w:t>
            </w:r>
          </w:p>
        </w:tc>
      </w:tr>
    </w:tbl>
    <w:p w14:paraId="5319FF33" w14:textId="77777777" w:rsidR="006A5D93" w:rsidRPr="00C05AB9" w:rsidRDefault="006A5D93" w:rsidP="006C7B72">
      <w:pPr>
        <w:spacing w:after="0" w:line="240" w:lineRule="auto"/>
        <w:rPr>
          <w:rFonts w:ascii="Century" w:hAnsi="Century"/>
          <w:bCs/>
        </w:rPr>
      </w:pPr>
    </w:p>
    <w:tbl>
      <w:tblPr>
        <w:tblW w:w="0" w:type="auto"/>
        <w:jc w:val="center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A0A0A0"/>
          <w:insideV w:val="single" w:sz="4" w:space="0" w:color="A0A0A0"/>
        </w:tblBorders>
        <w:tblLook w:val="04A0" w:firstRow="1" w:lastRow="0" w:firstColumn="1" w:lastColumn="0" w:noHBand="0" w:noVBand="1"/>
      </w:tblPr>
      <w:tblGrid>
        <w:gridCol w:w="2124"/>
        <w:gridCol w:w="8100"/>
      </w:tblGrid>
      <w:tr w:rsidR="006A5D93" w:rsidRPr="00C05AB9" w14:paraId="1522F969" w14:textId="77777777" w:rsidTr="008F5603">
        <w:trPr>
          <w:trHeight w:val="5386"/>
          <w:jc w:val="center"/>
        </w:trPr>
        <w:tc>
          <w:tcPr>
            <w:tcW w:w="2124" w:type="dxa"/>
            <w:shd w:val="clear" w:color="auto" w:fill="F2F2F2"/>
            <w:vAlign w:val="center"/>
          </w:tcPr>
          <w:p w14:paraId="24E86D84" w14:textId="77777777" w:rsidR="006A5D93" w:rsidRDefault="008F5603" w:rsidP="006C7B72">
            <w:pPr>
              <w:spacing w:after="0" w:line="240" w:lineRule="auto"/>
              <w:jc w:val="center"/>
              <w:rPr>
                <w:rFonts w:ascii="Century" w:eastAsiaTheme="majorEastAsia" w:hAnsi="Century"/>
                <w:bCs/>
                <w:lang w:eastAsia="ja-JP"/>
              </w:rPr>
            </w:pPr>
            <w:r w:rsidRPr="00C05AB9">
              <w:rPr>
                <w:rFonts w:ascii="Century" w:eastAsiaTheme="majorEastAsia" w:hAnsi="Century"/>
                <w:bCs/>
                <w:lang w:eastAsia="ja-JP"/>
              </w:rPr>
              <w:t>配備によ</w:t>
            </w:r>
            <w:r w:rsidR="006C7B72" w:rsidRPr="00C05AB9">
              <w:rPr>
                <w:rFonts w:ascii="Century" w:eastAsiaTheme="majorEastAsia" w:hAnsi="Century"/>
                <w:bCs/>
                <w:lang w:eastAsia="ja-JP"/>
              </w:rPr>
              <w:t>り</w:t>
            </w:r>
            <w:r w:rsidRPr="00C05AB9">
              <w:rPr>
                <w:rFonts w:ascii="Century" w:eastAsiaTheme="majorEastAsia" w:hAnsi="Century"/>
                <w:bCs/>
                <w:lang w:eastAsia="ja-JP"/>
              </w:rPr>
              <w:t>期待される教育効果</w:t>
            </w:r>
          </w:p>
          <w:p w14:paraId="27603201" w14:textId="0D49EBB4" w:rsidR="00C05AB9" w:rsidRPr="00C05AB9" w:rsidRDefault="00C05AB9" w:rsidP="006C7B72">
            <w:pPr>
              <w:spacing w:after="0" w:line="240" w:lineRule="auto"/>
              <w:jc w:val="center"/>
              <w:rPr>
                <w:rFonts w:ascii="Century" w:eastAsiaTheme="majorEastAsia" w:hAnsi="Century"/>
                <w:bCs/>
                <w:lang w:eastAsia="ja-JP"/>
              </w:rPr>
            </w:pPr>
            <w:r>
              <w:rPr>
                <w:rFonts w:ascii="Century" w:eastAsiaTheme="majorEastAsia" w:hAnsi="Century" w:hint="eastAsia"/>
                <w:bCs/>
                <w:lang w:eastAsia="ja-JP"/>
              </w:rPr>
              <w:t>（自由記入）</w:t>
            </w:r>
          </w:p>
        </w:tc>
        <w:tc>
          <w:tcPr>
            <w:tcW w:w="8100" w:type="dxa"/>
          </w:tcPr>
          <w:p w14:paraId="306B081C" w14:textId="057B1A97" w:rsidR="006A5D93" w:rsidRPr="00C05AB9" w:rsidRDefault="006A5D93" w:rsidP="006C7B72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</w:p>
        </w:tc>
      </w:tr>
    </w:tbl>
    <w:p w14:paraId="5D77225B" w14:textId="2266292E" w:rsidR="006A5D93" w:rsidRPr="00C05AB9" w:rsidRDefault="008F5603" w:rsidP="006C7B72">
      <w:pPr>
        <w:spacing w:after="0" w:line="240" w:lineRule="auto"/>
        <w:rPr>
          <w:rFonts w:ascii="Century" w:hAnsi="Century"/>
          <w:bCs/>
        </w:rPr>
      </w:pPr>
      <w:proofErr w:type="spellStart"/>
      <w:r w:rsidRPr="00C05AB9">
        <w:rPr>
          <w:rFonts w:ascii="Century" w:hAnsi="Century"/>
          <w:bCs/>
        </w:rPr>
        <w:lastRenderedPageBreak/>
        <w:t>確認事項</w:t>
      </w:r>
      <w:proofErr w:type="spellEnd"/>
    </w:p>
    <w:tbl>
      <w:tblPr>
        <w:tblW w:w="0" w:type="auto"/>
        <w:jc w:val="center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A0A0A0"/>
          <w:insideV w:val="single" w:sz="4" w:space="0" w:color="A0A0A0"/>
        </w:tblBorders>
        <w:tblLook w:val="04A0" w:firstRow="1" w:lastRow="0" w:firstColumn="1" w:lastColumn="0" w:noHBand="0" w:noVBand="1"/>
      </w:tblPr>
      <w:tblGrid>
        <w:gridCol w:w="4835"/>
        <w:gridCol w:w="5893"/>
      </w:tblGrid>
      <w:tr w:rsidR="006A5D93" w:rsidRPr="00C05AB9" w14:paraId="01FD4AF1" w14:textId="77777777" w:rsidTr="006C7B72">
        <w:trPr>
          <w:trHeight w:val="567"/>
          <w:jc w:val="center"/>
        </w:trPr>
        <w:tc>
          <w:tcPr>
            <w:tcW w:w="6912" w:type="dxa"/>
            <w:vAlign w:val="center"/>
          </w:tcPr>
          <w:p w14:paraId="3E6DE655" w14:textId="67B2662C" w:rsidR="006A5D93" w:rsidRPr="00C05AB9" w:rsidRDefault="008F5603" w:rsidP="006C7B72">
            <w:pPr>
              <w:spacing w:after="0" w:line="240" w:lineRule="auto"/>
              <w:jc w:val="both"/>
              <w:rPr>
                <w:rFonts w:ascii="Century" w:hAnsi="Century"/>
                <w:bCs/>
                <w:lang w:eastAsia="ja-JP"/>
              </w:rPr>
            </w:pPr>
            <w:r w:rsidRPr="009B077A">
              <w:rPr>
                <w:rFonts w:ascii="ＭＳ ゴシック" w:eastAsia="ＭＳ ゴシック" w:hAnsi="ＭＳ ゴシック"/>
                <w:bCs/>
                <w:lang w:eastAsia="ja-JP"/>
              </w:rPr>
              <w:t xml:space="preserve">■ </w:t>
            </w:r>
            <w:r w:rsidRPr="00C05AB9">
              <w:rPr>
                <w:rFonts w:ascii="Century" w:hAnsi="Century"/>
                <w:bCs/>
                <w:lang w:eastAsia="ja-JP"/>
              </w:rPr>
              <w:t>電源は確保できますか？</w:t>
            </w:r>
          </w:p>
        </w:tc>
        <w:tc>
          <w:tcPr>
            <w:tcW w:w="3312" w:type="dxa"/>
            <w:vAlign w:val="center"/>
          </w:tcPr>
          <w:p w14:paraId="192A2C97" w14:textId="039E4C19" w:rsidR="006A5D93" w:rsidRPr="00C05AB9" w:rsidRDefault="00DB4160" w:rsidP="00C05AB9">
            <w:pPr>
              <w:spacing w:after="0" w:line="240" w:lineRule="auto"/>
              <w:ind w:firstLineChars="100" w:firstLine="240"/>
              <w:jc w:val="both"/>
              <w:rPr>
                <w:rFonts w:ascii="Century" w:hAnsi="Century"/>
                <w:bCs/>
              </w:rPr>
            </w:pPr>
            <w:sdt>
              <w:sdtPr>
                <w:rPr>
                  <w:rFonts w:ascii="Century" w:hAnsi="Century"/>
                  <w:bCs/>
                  <w:sz w:val="24"/>
                  <w:szCs w:val="32"/>
                </w:rPr>
                <w:id w:val="20627433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F5603">
                  <w:rPr>
                    <w:rFonts w:ascii="ＭＳ ゴシック" w:eastAsia="ＭＳ ゴシック" w:hAnsi="ＭＳ ゴシック" w:hint="eastAsia"/>
                    <w:bCs/>
                    <w:sz w:val="24"/>
                    <w:szCs w:val="32"/>
                  </w:rPr>
                  <w:t>☐</w:t>
                </w:r>
              </w:sdtContent>
            </w:sdt>
            <w:r w:rsidR="008F5603" w:rsidRPr="00C05AB9">
              <w:rPr>
                <w:rFonts w:ascii="Century" w:hAnsi="Century"/>
                <w:bCs/>
              </w:rPr>
              <w:t>はい</w:t>
            </w:r>
            <w:r w:rsidR="008F5603" w:rsidRPr="00C05AB9">
              <w:rPr>
                <w:rFonts w:ascii="Century" w:hAnsi="Century"/>
                <w:bCs/>
              </w:rPr>
              <w:t xml:space="preserve"> </w:t>
            </w:r>
            <w:r w:rsidR="00C05AB9" w:rsidRPr="00C05AB9">
              <w:rPr>
                <w:rFonts w:ascii="Century" w:hAnsi="Century"/>
                <w:bCs/>
                <w:lang w:eastAsia="ja-JP"/>
              </w:rPr>
              <w:t xml:space="preserve">　　</w:t>
            </w:r>
            <w:r w:rsidR="00C05AB9" w:rsidRPr="00C05AB9">
              <w:rPr>
                <w:rFonts w:ascii="Century" w:hAnsi="Century"/>
                <w:bCs/>
                <w:lang w:eastAsia="ja-JP"/>
              </w:rPr>
              <w:t xml:space="preserve"> </w:t>
            </w:r>
            <w:sdt>
              <w:sdtPr>
                <w:rPr>
                  <w:rFonts w:ascii="Century" w:hAnsi="Century"/>
                  <w:bCs/>
                  <w:sz w:val="24"/>
                  <w:szCs w:val="32"/>
                  <w:lang w:eastAsia="ja-JP"/>
                </w:rPr>
                <w:id w:val="175394107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F5603">
                  <w:rPr>
                    <w:rFonts w:ascii="ＭＳ ゴシック" w:eastAsia="ＭＳ ゴシック" w:hAnsi="ＭＳ ゴシック" w:hint="eastAsia"/>
                    <w:bCs/>
                    <w:sz w:val="24"/>
                    <w:szCs w:val="32"/>
                    <w:lang w:eastAsia="ja-JP"/>
                  </w:rPr>
                  <w:t>☐</w:t>
                </w:r>
              </w:sdtContent>
            </w:sdt>
            <w:r w:rsidR="00C05AB9" w:rsidRPr="00C05AB9">
              <w:rPr>
                <w:rFonts w:ascii="Century" w:hAnsi="Century"/>
                <w:bCs/>
                <w:lang w:eastAsia="ja-JP"/>
              </w:rPr>
              <w:t>いいえ</w:t>
            </w:r>
          </w:p>
        </w:tc>
      </w:tr>
      <w:tr w:rsidR="006A5D93" w:rsidRPr="00C05AB9" w14:paraId="0B7ABDAB" w14:textId="77777777" w:rsidTr="006C7B72">
        <w:trPr>
          <w:trHeight w:val="567"/>
          <w:jc w:val="center"/>
        </w:trPr>
        <w:tc>
          <w:tcPr>
            <w:tcW w:w="6912" w:type="dxa"/>
            <w:vAlign w:val="center"/>
          </w:tcPr>
          <w:p w14:paraId="6D30A7DC" w14:textId="42069268" w:rsidR="006A5D93" w:rsidRPr="00C05AB9" w:rsidRDefault="008F5603" w:rsidP="006C7B72">
            <w:pPr>
              <w:spacing w:after="0" w:line="240" w:lineRule="auto"/>
              <w:jc w:val="both"/>
              <w:rPr>
                <w:rFonts w:ascii="Century" w:hAnsi="Century"/>
                <w:bCs/>
                <w:lang w:eastAsia="ja-JP"/>
              </w:rPr>
            </w:pPr>
            <w:r w:rsidRPr="009B077A">
              <w:rPr>
                <w:rFonts w:asciiTheme="majorEastAsia" w:eastAsiaTheme="majorEastAsia" w:hAnsiTheme="majorEastAsia"/>
                <w:bCs/>
                <w:lang w:eastAsia="ja-JP"/>
              </w:rPr>
              <w:t xml:space="preserve">■ </w:t>
            </w:r>
            <w:r w:rsidRPr="00C05AB9">
              <w:rPr>
                <w:rFonts w:ascii="Century" w:hAnsi="Century"/>
                <w:bCs/>
                <w:lang w:eastAsia="ja-JP"/>
              </w:rPr>
              <w:t>溶接機の設置場所は確保できますか？</w:t>
            </w:r>
          </w:p>
        </w:tc>
        <w:tc>
          <w:tcPr>
            <w:tcW w:w="3312" w:type="dxa"/>
            <w:vAlign w:val="center"/>
          </w:tcPr>
          <w:p w14:paraId="7EA4987C" w14:textId="0BBA8DE8" w:rsidR="006A5D93" w:rsidRPr="00C05AB9" w:rsidRDefault="00DB4160" w:rsidP="00C05AB9">
            <w:pPr>
              <w:spacing w:after="0" w:line="240" w:lineRule="auto"/>
              <w:ind w:firstLineChars="100" w:firstLine="240"/>
              <w:jc w:val="both"/>
              <w:rPr>
                <w:rFonts w:ascii="Century" w:hAnsi="Century"/>
                <w:bCs/>
              </w:rPr>
            </w:pPr>
            <w:sdt>
              <w:sdtPr>
                <w:rPr>
                  <w:rFonts w:ascii="Century" w:hAnsi="Century"/>
                  <w:bCs/>
                  <w:sz w:val="24"/>
                  <w:szCs w:val="32"/>
                </w:rPr>
                <w:id w:val="-18264270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F5603">
                  <w:rPr>
                    <w:rFonts w:ascii="ＭＳ ゴシック" w:eastAsia="ＭＳ ゴシック" w:hAnsi="ＭＳ ゴシック" w:hint="eastAsia"/>
                    <w:bCs/>
                    <w:sz w:val="24"/>
                    <w:szCs w:val="32"/>
                  </w:rPr>
                  <w:t>☐</w:t>
                </w:r>
              </w:sdtContent>
            </w:sdt>
            <w:r w:rsidR="00C05AB9" w:rsidRPr="00C05AB9">
              <w:rPr>
                <w:rFonts w:ascii="Century" w:hAnsi="Century"/>
                <w:bCs/>
              </w:rPr>
              <w:t>はい</w:t>
            </w:r>
            <w:r w:rsidR="00C05AB9" w:rsidRPr="00C05AB9">
              <w:rPr>
                <w:rFonts w:ascii="Century" w:hAnsi="Century"/>
                <w:bCs/>
              </w:rPr>
              <w:t xml:space="preserve"> </w:t>
            </w:r>
            <w:r w:rsidR="00C05AB9" w:rsidRPr="00C05AB9">
              <w:rPr>
                <w:rFonts w:ascii="Century" w:hAnsi="Century"/>
                <w:bCs/>
                <w:lang w:eastAsia="ja-JP"/>
              </w:rPr>
              <w:t xml:space="preserve">　　</w:t>
            </w:r>
            <w:r w:rsidR="00C05AB9" w:rsidRPr="00C05AB9">
              <w:rPr>
                <w:rFonts w:ascii="Century" w:hAnsi="Century"/>
                <w:bCs/>
                <w:lang w:eastAsia="ja-JP"/>
              </w:rPr>
              <w:t xml:space="preserve"> </w:t>
            </w:r>
            <w:sdt>
              <w:sdtPr>
                <w:rPr>
                  <w:rFonts w:ascii="Century" w:hAnsi="Century"/>
                  <w:bCs/>
                  <w:sz w:val="24"/>
                  <w:szCs w:val="32"/>
                  <w:lang w:eastAsia="ja-JP"/>
                </w:rPr>
                <w:id w:val="71795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F5603">
                  <w:rPr>
                    <w:rFonts w:ascii="ＭＳ ゴシック" w:eastAsia="ＭＳ ゴシック" w:hAnsi="ＭＳ ゴシック" w:hint="eastAsia"/>
                    <w:bCs/>
                    <w:sz w:val="24"/>
                    <w:szCs w:val="32"/>
                    <w:lang w:eastAsia="ja-JP"/>
                  </w:rPr>
                  <w:t>☐</w:t>
                </w:r>
              </w:sdtContent>
            </w:sdt>
            <w:r w:rsidR="00C05AB9" w:rsidRPr="00C05AB9">
              <w:rPr>
                <w:rFonts w:ascii="Century" w:hAnsi="Century"/>
                <w:bCs/>
                <w:lang w:eastAsia="ja-JP"/>
              </w:rPr>
              <w:t>いいえ</w:t>
            </w:r>
          </w:p>
        </w:tc>
      </w:tr>
      <w:tr w:rsidR="006A5D93" w:rsidRPr="00C05AB9" w14:paraId="4C54CABC" w14:textId="77777777" w:rsidTr="00C05AB9">
        <w:trPr>
          <w:trHeight w:val="8220"/>
          <w:jc w:val="center"/>
        </w:trPr>
        <w:tc>
          <w:tcPr>
            <w:tcW w:w="15480" w:type="dxa"/>
            <w:gridSpan w:val="2"/>
          </w:tcPr>
          <w:p w14:paraId="7ECAFCE5" w14:textId="371A385D" w:rsidR="00C05AB9" w:rsidRPr="00C05AB9" w:rsidRDefault="008F5603" w:rsidP="00C05AB9">
            <w:pPr>
              <w:spacing w:after="0" w:line="240" w:lineRule="auto"/>
              <w:jc w:val="both"/>
              <w:rPr>
                <w:rFonts w:ascii="Century" w:hAnsi="Century"/>
                <w:bCs/>
                <w:lang w:eastAsia="ja-JP"/>
              </w:rPr>
            </w:pPr>
            <w:r w:rsidRPr="009B077A">
              <w:rPr>
                <w:rFonts w:asciiTheme="majorEastAsia" w:eastAsiaTheme="majorEastAsia" w:hAnsiTheme="majorEastAsia"/>
                <w:bCs/>
                <w:lang w:eastAsia="ja-JP"/>
              </w:rPr>
              <w:t>■</w:t>
            </w:r>
            <w:r w:rsidRPr="00C05AB9">
              <w:rPr>
                <w:rFonts w:ascii="Century" w:hAnsi="Century"/>
                <w:bCs/>
                <w:lang w:eastAsia="ja-JP"/>
              </w:rPr>
              <w:t xml:space="preserve"> </w:t>
            </w:r>
            <w:r w:rsidRPr="00C05AB9">
              <w:rPr>
                <w:rFonts w:ascii="Century" w:hAnsi="Century"/>
                <w:bCs/>
                <w:lang w:eastAsia="ja-JP"/>
              </w:rPr>
              <w:t>以下に溶接実習室の配備状況写真（既存機器の状況写真）を貼り付けてください。</w:t>
            </w:r>
          </w:p>
        </w:tc>
      </w:tr>
    </w:tbl>
    <w:p w14:paraId="6BF27DB6" w14:textId="77777777" w:rsidR="008F5603" w:rsidRPr="00C05AB9" w:rsidRDefault="008F5603" w:rsidP="006C7B72">
      <w:pPr>
        <w:spacing w:after="0" w:line="240" w:lineRule="auto"/>
        <w:rPr>
          <w:rFonts w:ascii="Century" w:hAnsi="Century"/>
          <w:bCs/>
          <w:lang w:eastAsia="ja-JP"/>
        </w:rPr>
      </w:pPr>
    </w:p>
    <w:sectPr w:rsidR="008F5603" w:rsidRPr="00C05AB9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07221" w14:textId="77777777" w:rsidR="00B47C8C" w:rsidRDefault="00B47C8C" w:rsidP="00B47C8C">
      <w:pPr>
        <w:spacing w:after="0" w:line="240" w:lineRule="auto"/>
      </w:pPr>
      <w:r>
        <w:separator/>
      </w:r>
    </w:p>
  </w:endnote>
  <w:endnote w:type="continuationSeparator" w:id="0">
    <w:p w14:paraId="029D1FD3" w14:textId="77777777" w:rsidR="00B47C8C" w:rsidRDefault="00B47C8C" w:rsidP="00B4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34B9B" w14:textId="77777777" w:rsidR="00B47C8C" w:rsidRDefault="00B47C8C" w:rsidP="00B47C8C">
      <w:pPr>
        <w:spacing w:after="0" w:line="240" w:lineRule="auto"/>
      </w:pPr>
      <w:r>
        <w:separator/>
      </w:r>
    </w:p>
  </w:footnote>
  <w:footnote w:type="continuationSeparator" w:id="0">
    <w:p w14:paraId="3339FFEA" w14:textId="77777777" w:rsidR="00B47C8C" w:rsidRDefault="00B47C8C" w:rsidP="00B47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0802962">
    <w:abstractNumId w:val="8"/>
  </w:num>
  <w:num w:numId="2" w16cid:durableId="1124663397">
    <w:abstractNumId w:val="6"/>
  </w:num>
  <w:num w:numId="3" w16cid:durableId="599949070">
    <w:abstractNumId w:val="5"/>
  </w:num>
  <w:num w:numId="4" w16cid:durableId="1300264128">
    <w:abstractNumId w:val="4"/>
  </w:num>
  <w:num w:numId="5" w16cid:durableId="724762896">
    <w:abstractNumId w:val="7"/>
  </w:num>
  <w:num w:numId="6" w16cid:durableId="1237282801">
    <w:abstractNumId w:val="3"/>
  </w:num>
  <w:num w:numId="7" w16cid:durableId="152919524">
    <w:abstractNumId w:val="2"/>
  </w:num>
  <w:num w:numId="8" w16cid:durableId="1366171535">
    <w:abstractNumId w:val="1"/>
  </w:num>
  <w:num w:numId="9" w16cid:durableId="199009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142D5"/>
    <w:rsid w:val="005E3239"/>
    <w:rsid w:val="006A5D93"/>
    <w:rsid w:val="006C7B72"/>
    <w:rsid w:val="00703790"/>
    <w:rsid w:val="008B220B"/>
    <w:rsid w:val="008F5603"/>
    <w:rsid w:val="009B077A"/>
    <w:rsid w:val="00AA1D8D"/>
    <w:rsid w:val="00B26CBA"/>
    <w:rsid w:val="00B47730"/>
    <w:rsid w:val="00B47C8C"/>
    <w:rsid w:val="00C05AB9"/>
    <w:rsid w:val="00C95814"/>
    <w:rsid w:val="00CB0664"/>
    <w:rsid w:val="00DB4160"/>
    <w:rsid w:val="00ED43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1FD966D"/>
  <w14:defaultImageDpi w14:val="330"/>
  <w15:docId w15:val="{C5028AC7-2B5E-4673-9628-F011238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メイリオ" w:hAnsi="メイリオ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染宮 利雄</cp:lastModifiedBy>
  <cp:revision>9</cp:revision>
  <dcterms:created xsi:type="dcterms:W3CDTF">2013-12-23T23:15:00Z</dcterms:created>
  <dcterms:modified xsi:type="dcterms:W3CDTF">2026-07-21T10:31:00Z</dcterms:modified>
  <cp:category/>
</cp:coreProperties>
</file>