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19FC3" w14:textId="25F7D5ED" w:rsidR="00602EBB" w:rsidRPr="00EB1A7D" w:rsidRDefault="00C00672">
      <w:pPr>
        <w:jc w:val="right"/>
        <w:rPr>
          <w:rFonts w:ascii="Century" w:hAnsi="Century"/>
          <w:bCs/>
        </w:rPr>
      </w:pPr>
      <w:r w:rsidRPr="00EB1A7D">
        <w:rPr>
          <w:rFonts w:ascii="Century" w:hAnsi="Century"/>
          <w:bCs/>
          <w:sz w:val="22"/>
        </w:rPr>
        <w:t>様式</w:t>
      </w:r>
      <w:r w:rsidR="00EB1A7D" w:rsidRPr="00EB1A7D">
        <w:rPr>
          <w:rFonts w:ascii="Century" w:hAnsi="Century" w:hint="eastAsia"/>
          <w:bCs/>
          <w:sz w:val="22"/>
          <w:lang w:eastAsia="ja-JP"/>
        </w:rPr>
        <w:t>1</w:t>
      </w:r>
      <w:r w:rsidRPr="00EB1A7D">
        <w:rPr>
          <w:rFonts w:ascii="Century" w:hAnsi="Century"/>
          <w:bCs/>
          <w:sz w:val="22"/>
        </w:rPr>
        <w:t>-</w:t>
      </w:r>
      <w:r w:rsidRPr="00EB1A7D">
        <w:rPr>
          <w:rFonts w:ascii="ＭＳ 明朝" w:eastAsia="ＭＳ 明朝" w:hAnsi="ＭＳ 明朝" w:cs="ＭＳ 明朝" w:hint="eastAsia"/>
          <w:bCs/>
          <w:sz w:val="22"/>
        </w:rPr>
        <w:t>③</w:t>
      </w:r>
    </w:p>
    <w:p w14:paraId="178AFB5F" w14:textId="77777777" w:rsidR="00602EBB" w:rsidRPr="00C00672" w:rsidRDefault="00C00672">
      <w:pPr>
        <w:jc w:val="center"/>
        <w:rPr>
          <w:rFonts w:asciiTheme="majorEastAsia" w:eastAsiaTheme="majorEastAsia" w:hAnsiTheme="majorEastAsia"/>
          <w:bCs/>
        </w:rPr>
      </w:pPr>
      <w:proofErr w:type="spellStart"/>
      <w:r w:rsidRPr="00C00672">
        <w:rPr>
          <w:rFonts w:asciiTheme="majorEastAsia" w:eastAsiaTheme="majorEastAsia" w:hAnsiTheme="majorEastAsia"/>
          <w:bCs/>
          <w:sz w:val="32"/>
        </w:rPr>
        <w:t>学校の概要</w:t>
      </w:r>
      <w:proofErr w:type="spellEnd"/>
    </w:p>
    <w:tbl>
      <w:tblPr>
        <w:tblW w:w="0" w:type="auto"/>
        <w:jc w:val="center"/>
        <w:tblBorders>
          <w:top w:val="single" w:sz="4" w:space="0" w:color="A0A0A0"/>
          <w:left w:val="single" w:sz="4" w:space="0" w:color="A0A0A0"/>
          <w:bottom w:val="single" w:sz="4" w:space="0" w:color="A0A0A0"/>
          <w:right w:val="single" w:sz="4" w:space="0" w:color="A0A0A0"/>
          <w:insideH w:val="single" w:sz="4" w:space="0" w:color="A0A0A0"/>
          <w:insideV w:val="single" w:sz="4" w:space="0" w:color="A0A0A0"/>
        </w:tblBorders>
        <w:tblLook w:val="04A0" w:firstRow="1" w:lastRow="0" w:firstColumn="1" w:lastColumn="0" w:noHBand="0" w:noVBand="1"/>
      </w:tblPr>
      <w:tblGrid>
        <w:gridCol w:w="3045"/>
        <w:gridCol w:w="992"/>
        <w:gridCol w:w="1582"/>
        <w:gridCol w:w="1583"/>
        <w:gridCol w:w="1583"/>
        <w:gridCol w:w="1583"/>
      </w:tblGrid>
      <w:tr w:rsidR="00441393" w:rsidRPr="00EB1A7D" w14:paraId="60BBC1C5" w14:textId="254D82D9" w:rsidTr="009A1A34">
        <w:trPr>
          <w:trHeight w:val="454"/>
          <w:jc w:val="center"/>
        </w:trPr>
        <w:tc>
          <w:tcPr>
            <w:tcW w:w="3045" w:type="dxa"/>
            <w:shd w:val="clear" w:color="auto" w:fill="F2F2F2"/>
            <w:vAlign w:val="center"/>
          </w:tcPr>
          <w:p w14:paraId="49DA24FB" w14:textId="1355CDD9" w:rsidR="00441393" w:rsidRPr="00787B87" w:rsidRDefault="00441393" w:rsidP="00EB1A7D">
            <w:pPr>
              <w:spacing w:after="0" w:line="240" w:lineRule="auto"/>
              <w:jc w:val="center"/>
              <w:rPr>
                <w:rFonts w:asciiTheme="majorEastAsia" w:eastAsiaTheme="majorEastAsia" w:hAnsiTheme="majorEastAsia"/>
                <w:bCs/>
                <w:lang w:eastAsia="ja-JP"/>
              </w:rPr>
            </w:pPr>
            <w:r w:rsidRPr="00787B87">
              <w:rPr>
                <w:rFonts w:asciiTheme="majorEastAsia" w:eastAsiaTheme="majorEastAsia" w:hAnsiTheme="majorEastAsia"/>
                <w:bCs/>
                <w:lang w:eastAsia="ja-JP"/>
              </w:rPr>
              <w:t>生徒総数</w:t>
            </w:r>
            <w:r w:rsidRPr="00787B87">
              <w:rPr>
                <w:rFonts w:asciiTheme="majorEastAsia" w:eastAsiaTheme="majorEastAsia" w:hAnsiTheme="majorEastAsia" w:hint="eastAsia"/>
                <w:bCs/>
                <w:sz w:val="18"/>
                <w:szCs w:val="21"/>
                <w:lang w:eastAsia="ja-JP"/>
              </w:rPr>
              <w:t>（うち溶接関連生徒数）</w:t>
            </w:r>
          </w:p>
        </w:tc>
        <w:tc>
          <w:tcPr>
            <w:tcW w:w="992" w:type="dxa"/>
            <w:tcBorders>
              <w:right w:val="single" w:sz="4" w:space="0" w:color="FFFFFF" w:themeColor="background1"/>
            </w:tcBorders>
            <w:vAlign w:val="center"/>
          </w:tcPr>
          <w:p w14:paraId="50C9973C" w14:textId="0D215610" w:rsidR="00441393" w:rsidRPr="00EB1A7D" w:rsidRDefault="00821CA1" w:rsidP="00AF1502">
            <w:pPr>
              <w:spacing w:after="0" w:line="240" w:lineRule="auto"/>
              <w:jc w:val="right"/>
              <w:rPr>
                <w:rFonts w:ascii="Century" w:hAnsi="Century"/>
                <w:bCs/>
                <w:lang w:eastAsia="ja-JP"/>
              </w:rPr>
            </w:pPr>
            <w:r>
              <w:rPr>
                <w:rFonts w:ascii="Century" w:hAnsi="Century" w:hint="eastAsia"/>
                <w:bCs/>
                <w:lang w:eastAsia="ja-JP"/>
              </w:rPr>
              <w:t>●</w:t>
            </w:r>
            <w:r w:rsidR="00441393" w:rsidRPr="00EB1A7D">
              <w:rPr>
                <w:rFonts w:ascii="Century" w:hAnsi="Century"/>
                <w:bCs/>
              </w:rPr>
              <w:t>名</w:t>
            </w:r>
          </w:p>
        </w:tc>
        <w:tc>
          <w:tcPr>
            <w:tcW w:w="158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C9CC5C2" w14:textId="17184EC4" w:rsidR="00441393" w:rsidRPr="00EB1A7D" w:rsidRDefault="00441393" w:rsidP="00441393">
            <w:pPr>
              <w:spacing w:after="0" w:line="240" w:lineRule="auto"/>
              <w:rPr>
                <w:rFonts w:ascii="Century" w:hAnsi="Century"/>
                <w:bCs/>
              </w:rPr>
            </w:pPr>
            <w:r>
              <w:rPr>
                <w:rFonts w:ascii="Century" w:hAnsi="Century" w:hint="eastAsia"/>
                <w:bCs/>
                <w:lang w:eastAsia="ja-JP"/>
              </w:rPr>
              <w:t>（</w:t>
            </w:r>
            <w:r>
              <w:rPr>
                <w:rFonts w:ascii="Century" w:hAnsi="Century" w:hint="eastAsia"/>
                <w:bCs/>
                <w:lang w:eastAsia="ja-JP"/>
              </w:rPr>
              <w:t>1</w:t>
            </w:r>
            <w:r w:rsidRPr="00EB1A7D">
              <w:rPr>
                <w:rFonts w:ascii="Century" w:hAnsi="Century"/>
                <w:bCs/>
              </w:rPr>
              <w:t>年</w:t>
            </w:r>
            <w:r>
              <w:rPr>
                <w:rFonts w:ascii="Century" w:hAnsi="Century" w:hint="eastAsia"/>
                <w:bCs/>
                <w:lang w:eastAsia="ja-JP"/>
              </w:rPr>
              <w:t>●</w:t>
            </w:r>
            <w:r w:rsidRPr="00EB1A7D">
              <w:rPr>
                <w:rFonts w:ascii="Century" w:hAnsi="Century"/>
                <w:bCs/>
              </w:rPr>
              <w:t>名</w:t>
            </w:r>
          </w:p>
        </w:tc>
        <w:tc>
          <w:tcPr>
            <w:tcW w:w="158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AFA62E2" w14:textId="1A92848E" w:rsidR="00441393" w:rsidRPr="00EB1A7D" w:rsidRDefault="00441393" w:rsidP="00441393">
            <w:pPr>
              <w:spacing w:after="0" w:line="240" w:lineRule="auto"/>
              <w:rPr>
                <w:rFonts w:ascii="Century" w:hAnsi="Century"/>
                <w:bCs/>
              </w:rPr>
            </w:pPr>
            <w:r>
              <w:rPr>
                <w:rFonts w:ascii="Century" w:hAnsi="Century" w:hint="eastAsia"/>
                <w:bCs/>
                <w:lang w:eastAsia="ja-JP"/>
              </w:rPr>
              <w:t>2</w:t>
            </w:r>
            <w:r w:rsidRPr="00EB1A7D">
              <w:rPr>
                <w:rFonts w:ascii="Century" w:hAnsi="Century"/>
                <w:bCs/>
              </w:rPr>
              <w:t>年</w:t>
            </w:r>
            <w:r>
              <w:rPr>
                <w:rFonts w:ascii="Century" w:hAnsi="Century" w:hint="eastAsia"/>
                <w:bCs/>
                <w:lang w:eastAsia="ja-JP"/>
              </w:rPr>
              <w:t>●</w:t>
            </w:r>
            <w:r w:rsidRPr="00EB1A7D">
              <w:rPr>
                <w:rFonts w:ascii="Century" w:hAnsi="Century"/>
                <w:bCs/>
              </w:rPr>
              <w:t>名</w:t>
            </w:r>
          </w:p>
        </w:tc>
        <w:tc>
          <w:tcPr>
            <w:tcW w:w="158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968C7DD" w14:textId="093AAB16" w:rsidR="00441393" w:rsidRPr="00EB1A7D" w:rsidRDefault="00441393" w:rsidP="00441393">
            <w:pPr>
              <w:spacing w:after="0" w:line="240" w:lineRule="auto"/>
              <w:rPr>
                <w:rFonts w:ascii="Century" w:hAnsi="Century"/>
                <w:bCs/>
              </w:rPr>
            </w:pPr>
            <w:r>
              <w:rPr>
                <w:rFonts w:ascii="Century" w:hAnsi="Century" w:hint="eastAsia"/>
                <w:bCs/>
                <w:lang w:eastAsia="ja-JP"/>
              </w:rPr>
              <w:t>3</w:t>
            </w:r>
            <w:r w:rsidRPr="00EB1A7D">
              <w:rPr>
                <w:rFonts w:ascii="Century" w:hAnsi="Century"/>
                <w:bCs/>
              </w:rPr>
              <w:t>年</w:t>
            </w:r>
            <w:r>
              <w:rPr>
                <w:rFonts w:ascii="Century" w:hAnsi="Century" w:hint="eastAsia"/>
                <w:bCs/>
                <w:lang w:eastAsia="ja-JP"/>
              </w:rPr>
              <w:t>●</w:t>
            </w:r>
            <w:r w:rsidRPr="00EB1A7D">
              <w:rPr>
                <w:rFonts w:ascii="Century" w:hAnsi="Century"/>
                <w:bCs/>
              </w:rPr>
              <w:t>名</w:t>
            </w:r>
          </w:p>
        </w:tc>
        <w:tc>
          <w:tcPr>
            <w:tcW w:w="1583" w:type="dxa"/>
            <w:tcBorders>
              <w:left w:val="single" w:sz="4" w:space="0" w:color="FFFFFF" w:themeColor="background1"/>
            </w:tcBorders>
            <w:vAlign w:val="center"/>
          </w:tcPr>
          <w:p w14:paraId="29A17A1A" w14:textId="1CD7E892" w:rsidR="00441393" w:rsidRPr="00EB1A7D" w:rsidRDefault="00441393" w:rsidP="00441393">
            <w:pPr>
              <w:spacing w:after="0" w:line="240" w:lineRule="auto"/>
              <w:rPr>
                <w:rFonts w:ascii="Century" w:hAnsi="Century"/>
                <w:bCs/>
              </w:rPr>
            </w:pPr>
            <w:r>
              <w:rPr>
                <w:rFonts w:ascii="Century" w:hAnsi="Century" w:hint="eastAsia"/>
                <w:bCs/>
                <w:lang w:eastAsia="ja-JP"/>
              </w:rPr>
              <w:t>4</w:t>
            </w:r>
            <w:r w:rsidRPr="00EB1A7D">
              <w:rPr>
                <w:rFonts w:ascii="Century" w:hAnsi="Century"/>
                <w:bCs/>
              </w:rPr>
              <w:t>年</w:t>
            </w:r>
            <w:r>
              <w:rPr>
                <w:rFonts w:ascii="Century" w:hAnsi="Century" w:hint="eastAsia"/>
                <w:bCs/>
                <w:lang w:eastAsia="ja-JP"/>
              </w:rPr>
              <w:t>●</w:t>
            </w:r>
            <w:r w:rsidRPr="00EB1A7D">
              <w:rPr>
                <w:rFonts w:ascii="Century" w:hAnsi="Century"/>
                <w:bCs/>
              </w:rPr>
              <w:t>名</w:t>
            </w:r>
            <w:r>
              <w:rPr>
                <w:rFonts w:ascii="Century" w:hAnsi="Century" w:hint="eastAsia"/>
                <w:bCs/>
                <w:lang w:eastAsia="ja-JP"/>
              </w:rPr>
              <w:t>）</w:t>
            </w:r>
          </w:p>
        </w:tc>
      </w:tr>
    </w:tbl>
    <w:p w14:paraId="473AAB4F" w14:textId="77777777" w:rsidR="00602EBB" w:rsidRPr="00EB1A7D" w:rsidRDefault="00602EBB" w:rsidP="00EB1A7D">
      <w:pPr>
        <w:spacing w:after="0" w:line="240" w:lineRule="auto"/>
        <w:rPr>
          <w:rFonts w:ascii="Century" w:hAnsi="Century"/>
          <w:bCs/>
        </w:rPr>
      </w:pPr>
    </w:p>
    <w:tbl>
      <w:tblPr>
        <w:tblW w:w="0" w:type="auto"/>
        <w:jc w:val="center"/>
        <w:tblBorders>
          <w:top w:val="single" w:sz="4" w:space="0" w:color="A0A0A0"/>
          <w:left w:val="single" w:sz="4" w:space="0" w:color="A0A0A0"/>
          <w:bottom w:val="single" w:sz="4" w:space="0" w:color="A0A0A0"/>
          <w:right w:val="single" w:sz="4" w:space="0" w:color="A0A0A0"/>
          <w:insideH w:val="single" w:sz="4" w:space="0" w:color="A0A0A0"/>
          <w:insideV w:val="single" w:sz="4" w:space="0" w:color="A0A0A0"/>
        </w:tblBorders>
        <w:tblLook w:val="04A0" w:firstRow="1" w:lastRow="0" w:firstColumn="1" w:lastColumn="0" w:noHBand="0" w:noVBand="1"/>
      </w:tblPr>
      <w:tblGrid>
        <w:gridCol w:w="3328"/>
        <w:gridCol w:w="7040"/>
      </w:tblGrid>
      <w:tr w:rsidR="00602EBB" w:rsidRPr="00EB1A7D" w14:paraId="5C54943E" w14:textId="77777777" w:rsidTr="008F0B55">
        <w:trPr>
          <w:trHeight w:val="1757"/>
          <w:jc w:val="center"/>
        </w:trPr>
        <w:tc>
          <w:tcPr>
            <w:tcW w:w="3328" w:type="dxa"/>
            <w:shd w:val="clear" w:color="auto" w:fill="F2F2F2"/>
            <w:vAlign w:val="center"/>
          </w:tcPr>
          <w:p w14:paraId="67BC75C8" w14:textId="77777777" w:rsidR="00EB1A7D" w:rsidRPr="00787B87" w:rsidRDefault="00C00672" w:rsidP="00EB1A7D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bCs/>
                <w:lang w:eastAsia="ja-JP"/>
              </w:rPr>
            </w:pPr>
            <w:r w:rsidRPr="00787B87">
              <w:rPr>
                <w:rFonts w:ascii="ＭＳ ゴシック" w:eastAsia="ＭＳ ゴシック" w:hAnsi="ＭＳ ゴシック"/>
                <w:bCs/>
                <w:lang w:eastAsia="ja-JP"/>
              </w:rPr>
              <w:t>溶接関連教育方針</w:t>
            </w:r>
          </w:p>
          <w:p w14:paraId="30CAD502" w14:textId="53A7CEFC" w:rsidR="00602EBB" w:rsidRPr="00EB1A7D" w:rsidRDefault="00C00672" w:rsidP="00EB1A7D">
            <w:pPr>
              <w:spacing w:after="0" w:line="240" w:lineRule="auto"/>
              <w:jc w:val="center"/>
              <w:rPr>
                <w:rFonts w:ascii="Century" w:hAnsi="Century"/>
                <w:bCs/>
                <w:lang w:eastAsia="ja-JP"/>
              </w:rPr>
            </w:pPr>
            <w:r w:rsidRPr="00787B87">
              <w:rPr>
                <w:rFonts w:ascii="ＭＳ ゴシック" w:eastAsia="ＭＳ ゴシック" w:hAnsi="ＭＳ ゴシック"/>
                <w:bCs/>
                <w:lang w:eastAsia="ja-JP"/>
              </w:rPr>
              <w:t>（カリキュラム編成方針等）</w:t>
            </w:r>
          </w:p>
        </w:tc>
        <w:tc>
          <w:tcPr>
            <w:tcW w:w="7040" w:type="dxa"/>
          </w:tcPr>
          <w:p w14:paraId="705A895C" w14:textId="68A1D8A9" w:rsidR="00602EBB" w:rsidRPr="00EB1A7D" w:rsidRDefault="00602EBB" w:rsidP="00EB1A7D">
            <w:pPr>
              <w:spacing w:after="0" w:line="240" w:lineRule="auto"/>
              <w:rPr>
                <w:rFonts w:ascii="Century" w:hAnsi="Century"/>
                <w:bCs/>
                <w:lang w:eastAsia="ja-JP"/>
              </w:rPr>
            </w:pPr>
          </w:p>
        </w:tc>
      </w:tr>
    </w:tbl>
    <w:p w14:paraId="33C7F840" w14:textId="77777777" w:rsidR="00602EBB" w:rsidRPr="00EB1A7D" w:rsidRDefault="00602EBB" w:rsidP="00EB1A7D">
      <w:pPr>
        <w:spacing w:after="0" w:line="240" w:lineRule="auto"/>
        <w:rPr>
          <w:rFonts w:ascii="Century" w:hAnsi="Century"/>
          <w:bCs/>
          <w:lang w:eastAsia="ja-JP"/>
        </w:rPr>
      </w:pPr>
    </w:p>
    <w:tbl>
      <w:tblPr>
        <w:tblW w:w="0" w:type="auto"/>
        <w:jc w:val="center"/>
        <w:tblBorders>
          <w:top w:val="single" w:sz="4" w:space="0" w:color="A0A0A0"/>
          <w:left w:val="single" w:sz="4" w:space="0" w:color="A0A0A0"/>
          <w:bottom w:val="single" w:sz="4" w:space="0" w:color="A0A0A0"/>
          <w:right w:val="single" w:sz="4" w:space="0" w:color="A0A0A0"/>
          <w:insideH w:val="single" w:sz="4" w:space="0" w:color="A0A0A0"/>
          <w:insideV w:val="single" w:sz="4" w:space="0" w:color="A0A0A0"/>
        </w:tblBorders>
        <w:tblLook w:val="04A0" w:firstRow="1" w:lastRow="0" w:firstColumn="1" w:lastColumn="0" w:noHBand="0" w:noVBand="1"/>
      </w:tblPr>
      <w:tblGrid>
        <w:gridCol w:w="3328"/>
        <w:gridCol w:w="7040"/>
      </w:tblGrid>
      <w:tr w:rsidR="00EB1A7D" w:rsidRPr="00EB1A7D" w14:paraId="4458C7DA" w14:textId="77777777" w:rsidTr="008F0B55">
        <w:trPr>
          <w:trHeight w:val="454"/>
          <w:jc w:val="center"/>
        </w:trPr>
        <w:tc>
          <w:tcPr>
            <w:tcW w:w="3328" w:type="dxa"/>
            <w:vMerge w:val="restart"/>
            <w:shd w:val="clear" w:color="auto" w:fill="F2F2F2"/>
            <w:vAlign w:val="center"/>
          </w:tcPr>
          <w:p w14:paraId="198B6E0B" w14:textId="77777777" w:rsidR="00EB1A7D" w:rsidRPr="00787B87" w:rsidRDefault="00EB1A7D" w:rsidP="00EB1A7D">
            <w:pPr>
              <w:spacing w:after="0" w:line="240" w:lineRule="auto"/>
              <w:jc w:val="center"/>
              <w:rPr>
                <w:rFonts w:asciiTheme="majorEastAsia" w:eastAsiaTheme="majorEastAsia" w:hAnsiTheme="majorEastAsia"/>
                <w:bCs/>
              </w:rPr>
            </w:pPr>
            <w:r w:rsidRPr="00787B87">
              <w:rPr>
                <w:rFonts w:asciiTheme="majorEastAsia" w:eastAsiaTheme="majorEastAsia" w:hAnsiTheme="majorEastAsia"/>
                <w:bCs/>
              </w:rPr>
              <w:t>既存の溶接機数</w:t>
            </w:r>
          </w:p>
        </w:tc>
        <w:tc>
          <w:tcPr>
            <w:tcW w:w="7040" w:type="dxa"/>
            <w:vAlign w:val="center"/>
          </w:tcPr>
          <w:p w14:paraId="2276D868" w14:textId="6EF2D997" w:rsidR="00EB1A7D" w:rsidRPr="00EB1A7D" w:rsidRDefault="00EB1A7D" w:rsidP="00EB1A7D">
            <w:pPr>
              <w:spacing w:after="0" w:line="240" w:lineRule="auto"/>
              <w:rPr>
                <w:rFonts w:ascii="Century" w:hAnsi="Century"/>
                <w:bCs/>
                <w:lang w:eastAsia="ja-JP"/>
              </w:rPr>
            </w:pPr>
            <w:r w:rsidRPr="00EB1A7D">
              <w:rPr>
                <w:rFonts w:ascii="ＭＳ 明朝" w:eastAsia="ＭＳ 明朝" w:hAnsi="ＭＳ 明朝" w:cs="ＭＳ 明朝" w:hint="eastAsia"/>
                <w:bCs/>
                <w:lang w:eastAsia="ja-JP"/>
              </w:rPr>
              <w:t>①</w:t>
            </w:r>
            <w:r w:rsidRPr="00EB1A7D">
              <w:rPr>
                <w:rFonts w:ascii="Century" w:hAnsi="Century"/>
                <w:bCs/>
                <w:lang w:eastAsia="ja-JP"/>
              </w:rPr>
              <w:t xml:space="preserve"> </w:t>
            </w:r>
            <w:r w:rsidRPr="00EB1A7D">
              <w:rPr>
                <w:rFonts w:ascii="Century" w:hAnsi="Century"/>
                <w:bCs/>
                <w:lang w:eastAsia="ja-JP"/>
              </w:rPr>
              <w:t>交流アーク溶接機</w:t>
            </w:r>
            <w:r>
              <w:rPr>
                <w:rFonts w:ascii="Century" w:hAnsi="Century" w:hint="eastAsia"/>
                <w:bCs/>
                <w:lang w:eastAsia="ja-JP"/>
              </w:rPr>
              <w:t>：</w:t>
            </w:r>
            <w:r w:rsidR="00AF1502">
              <w:rPr>
                <w:rFonts w:ascii="Century" w:hAnsi="Century" w:hint="eastAsia"/>
                <w:bCs/>
                <w:lang w:eastAsia="ja-JP"/>
              </w:rPr>
              <w:t>●</w:t>
            </w:r>
            <w:r>
              <w:rPr>
                <w:rFonts w:ascii="Century" w:hAnsi="Century" w:hint="eastAsia"/>
                <w:bCs/>
                <w:lang w:eastAsia="ja-JP"/>
              </w:rPr>
              <w:t>台</w:t>
            </w:r>
          </w:p>
        </w:tc>
      </w:tr>
      <w:tr w:rsidR="00EB1A7D" w:rsidRPr="00EB1A7D" w14:paraId="6315AC0D" w14:textId="77777777" w:rsidTr="008F0B55">
        <w:trPr>
          <w:trHeight w:val="454"/>
          <w:jc w:val="center"/>
        </w:trPr>
        <w:tc>
          <w:tcPr>
            <w:tcW w:w="3328" w:type="dxa"/>
            <w:vMerge/>
          </w:tcPr>
          <w:p w14:paraId="1CF7C745" w14:textId="77777777" w:rsidR="00EB1A7D" w:rsidRPr="00EB1A7D" w:rsidRDefault="00EB1A7D" w:rsidP="00EB1A7D">
            <w:pPr>
              <w:spacing w:after="0" w:line="240" w:lineRule="auto"/>
              <w:rPr>
                <w:rFonts w:ascii="Century" w:hAnsi="Century"/>
                <w:bCs/>
                <w:lang w:eastAsia="ja-JP"/>
              </w:rPr>
            </w:pPr>
          </w:p>
        </w:tc>
        <w:tc>
          <w:tcPr>
            <w:tcW w:w="7040" w:type="dxa"/>
            <w:vAlign w:val="center"/>
          </w:tcPr>
          <w:p w14:paraId="068623BD" w14:textId="3997AC98" w:rsidR="00EB1A7D" w:rsidRPr="00EB1A7D" w:rsidRDefault="00EB1A7D" w:rsidP="00EB1A7D">
            <w:pPr>
              <w:spacing w:after="0" w:line="240" w:lineRule="auto"/>
              <w:rPr>
                <w:rFonts w:ascii="Century" w:hAnsi="Century"/>
                <w:bCs/>
                <w:lang w:eastAsia="ja-JP"/>
              </w:rPr>
            </w:pPr>
            <w:r w:rsidRPr="00EB1A7D">
              <w:rPr>
                <w:rFonts w:ascii="ＭＳ 明朝" w:eastAsia="ＭＳ 明朝" w:hAnsi="ＭＳ 明朝" w:cs="ＭＳ 明朝" w:hint="eastAsia"/>
                <w:bCs/>
                <w:lang w:eastAsia="ja-JP"/>
              </w:rPr>
              <w:t>②</w:t>
            </w:r>
            <w:r w:rsidRPr="00EB1A7D">
              <w:rPr>
                <w:rFonts w:ascii="Century" w:hAnsi="Century"/>
                <w:bCs/>
                <w:lang w:eastAsia="ja-JP"/>
              </w:rPr>
              <w:t xml:space="preserve"> </w:t>
            </w:r>
            <w:r w:rsidRPr="00EB1A7D">
              <w:rPr>
                <w:rFonts w:ascii="Century" w:hAnsi="Century"/>
                <w:bCs/>
                <w:lang w:eastAsia="ja-JP"/>
              </w:rPr>
              <w:t>直流アーク溶接機</w:t>
            </w:r>
            <w:r>
              <w:rPr>
                <w:rFonts w:ascii="Century" w:hAnsi="Century" w:hint="eastAsia"/>
                <w:bCs/>
                <w:lang w:eastAsia="ja-JP"/>
              </w:rPr>
              <w:t>：</w:t>
            </w:r>
            <w:r w:rsidR="00AF1502">
              <w:rPr>
                <w:rFonts w:ascii="Century" w:hAnsi="Century" w:hint="eastAsia"/>
                <w:bCs/>
                <w:lang w:eastAsia="ja-JP"/>
              </w:rPr>
              <w:t>●</w:t>
            </w:r>
            <w:r>
              <w:rPr>
                <w:rFonts w:ascii="Century" w:hAnsi="Century" w:hint="eastAsia"/>
                <w:bCs/>
                <w:lang w:eastAsia="ja-JP"/>
              </w:rPr>
              <w:t>台</w:t>
            </w:r>
          </w:p>
        </w:tc>
      </w:tr>
      <w:tr w:rsidR="00EB1A7D" w:rsidRPr="00EB1A7D" w14:paraId="5ACCFD24" w14:textId="77777777" w:rsidTr="008F0B55">
        <w:trPr>
          <w:trHeight w:val="454"/>
          <w:jc w:val="center"/>
        </w:trPr>
        <w:tc>
          <w:tcPr>
            <w:tcW w:w="3328" w:type="dxa"/>
            <w:vMerge/>
          </w:tcPr>
          <w:p w14:paraId="517656DF" w14:textId="77777777" w:rsidR="00EB1A7D" w:rsidRPr="00EB1A7D" w:rsidRDefault="00EB1A7D" w:rsidP="00EB1A7D">
            <w:pPr>
              <w:spacing w:after="0" w:line="240" w:lineRule="auto"/>
              <w:rPr>
                <w:rFonts w:ascii="Century" w:hAnsi="Century"/>
                <w:bCs/>
                <w:lang w:eastAsia="ja-JP"/>
              </w:rPr>
            </w:pPr>
          </w:p>
        </w:tc>
        <w:tc>
          <w:tcPr>
            <w:tcW w:w="7040" w:type="dxa"/>
            <w:vAlign w:val="center"/>
          </w:tcPr>
          <w:p w14:paraId="593ED70D" w14:textId="4AE88A94" w:rsidR="00EB1A7D" w:rsidRPr="00EB1A7D" w:rsidRDefault="00EB1A7D" w:rsidP="00EB1A7D">
            <w:pPr>
              <w:spacing w:after="0" w:line="240" w:lineRule="auto"/>
              <w:rPr>
                <w:rFonts w:ascii="Century" w:hAnsi="Century"/>
                <w:bCs/>
              </w:rPr>
            </w:pPr>
            <w:r w:rsidRPr="00EB1A7D">
              <w:rPr>
                <w:rFonts w:ascii="ＭＳ 明朝" w:eastAsia="ＭＳ 明朝" w:hAnsi="ＭＳ 明朝" w:cs="ＭＳ 明朝" w:hint="eastAsia"/>
                <w:bCs/>
              </w:rPr>
              <w:t>③</w:t>
            </w:r>
            <w:r w:rsidRPr="00EB1A7D">
              <w:rPr>
                <w:rFonts w:ascii="Century" w:hAnsi="Century"/>
                <w:bCs/>
              </w:rPr>
              <w:t xml:space="preserve"> </w:t>
            </w:r>
            <w:r w:rsidRPr="00EB1A7D">
              <w:rPr>
                <w:rFonts w:ascii="Century" w:hAnsi="Century"/>
                <w:bCs/>
              </w:rPr>
              <w:t>半自動溶接機</w:t>
            </w:r>
            <w:r>
              <w:rPr>
                <w:rFonts w:ascii="Century" w:hAnsi="Century" w:hint="eastAsia"/>
                <w:bCs/>
                <w:lang w:eastAsia="ja-JP"/>
              </w:rPr>
              <w:t>：</w:t>
            </w:r>
            <w:r w:rsidR="00AF1502">
              <w:rPr>
                <w:rFonts w:ascii="Century" w:hAnsi="Century" w:hint="eastAsia"/>
                <w:bCs/>
                <w:lang w:eastAsia="ja-JP"/>
              </w:rPr>
              <w:t>●</w:t>
            </w:r>
            <w:r>
              <w:rPr>
                <w:rFonts w:ascii="Century" w:hAnsi="Century" w:hint="eastAsia"/>
                <w:bCs/>
                <w:lang w:eastAsia="ja-JP"/>
              </w:rPr>
              <w:t>台</w:t>
            </w:r>
          </w:p>
        </w:tc>
      </w:tr>
    </w:tbl>
    <w:p w14:paraId="05182BBE" w14:textId="77777777" w:rsidR="00602EBB" w:rsidRPr="00EB1A7D" w:rsidRDefault="00602EBB" w:rsidP="00EB1A7D">
      <w:pPr>
        <w:spacing w:after="0" w:line="240" w:lineRule="auto"/>
        <w:rPr>
          <w:rFonts w:ascii="Century" w:hAnsi="Century"/>
          <w:bCs/>
        </w:rPr>
      </w:pPr>
    </w:p>
    <w:tbl>
      <w:tblPr>
        <w:tblW w:w="0" w:type="auto"/>
        <w:jc w:val="center"/>
        <w:tblBorders>
          <w:top w:val="single" w:sz="4" w:space="0" w:color="A0A0A0"/>
          <w:left w:val="single" w:sz="4" w:space="0" w:color="A0A0A0"/>
          <w:bottom w:val="single" w:sz="4" w:space="0" w:color="A0A0A0"/>
          <w:right w:val="single" w:sz="4" w:space="0" w:color="A0A0A0"/>
          <w:insideH w:val="single" w:sz="4" w:space="0" w:color="A0A0A0"/>
          <w:insideV w:val="single" w:sz="4" w:space="0" w:color="A0A0A0"/>
        </w:tblBorders>
        <w:tblLook w:val="04A0" w:firstRow="1" w:lastRow="0" w:firstColumn="1" w:lastColumn="0" w:noHBand="0" w:noVBand="1"/>
      </w:tblPr>
      <w:tblGrid>
        <w:gridCol w:w="3328"/>
        <w:gridCol w:w="1276"/>
        <w:gridCol w:w="5764"/>
      </w:tblGrid>
      <w:tr w:rsidR="00602EBB" w:rsidRPr="00EB1A7D" w14:paraId="4E075A60" w14:textId="77777777" w:rsidTr="00B56C78">
        <w:trPr>
          <w:trHeight w:val="907"/>
          <w:jc w:val="center"/>
        </w:trPr>
        <w:tc>
          <w:tcPr>
            <w:tcW w:w="3328" w:type="dxa"/>
            <w:vMerge w:val="restart"/>
            <w:shd w:val="clear" w:color="auto" w:fill="F2F2F2"/>
            <w:vAlign w:val="center"/>
          </w:tcPr>
          <w:p w14:paraId="440E1302" w14:textId="77777777" w:rsidR="007D73E7" w:rsidRDefault="00C00672" w:rsidP="00EB1A7D">
            <w:pPr>
              <w:spacing w:after="0" w:line="240" w:lineRule="auto"/>
              <w:jc w:val="center"/>
              <w:rPr>
                <w:rFonts w:asciiTheme="majorEastAsia" w:eastAsiaTheme="majorEastAsia" w:hAnsiTheme="majorEastAsia"/>
                <w:bCs/>
                <w:lang w:eastAsia="ja-JP"/>
              </w:rPr>
            </w:pPr>
            <w:r w:rsidRPr="00787B87">
              <w:rPr>
                <w:rFonts w:asciiTheme="majorEastAsia" w:eastAsiaTheme="majorEastAsia" w:hAnsiTheme="majorEastAsia"/>
                <w:bCs/>
                <w:lang w:eastAsia="ja-JP"/>
              </w:rPr>
              <w:t>授業において各溶接機の</w:t>
            </w:r>
          </w:p>
          <w:p w14:paraId="035C7F63" w14:textId="38B2F281" w:rsidR="00EB1A7D" w:rsidRPr="00787B87" w:rsidRDefault="00C00672" w:rsidP="00EB1A7D">
            <w:pPr>
              <w:spacing w:after="0" w:line="240" w:lineRule="auto"/>
              <w:jc w:val="center"/>
              <w:rPr>
                <w:rFonts w:asciiTheme="majorEastAsia" w:eastAsiaTheme="majorEastAsia" w:hAnsiTheme="majorEastAsia"/>
                <w:bCs/>
                <w:lang w:eastAsia="ja-JP"/>
              </w:rPr>
            </w:pPr>
            <w:r w:rsidRPr="00787B87">
              <w:rPr>
                <w:rFonts w:asciiTheme="majorEastAsia" w:eastAsiaTheme="majorEastAsia" w:hAnsiTheme="majorEastAsia"/>
                <w:bCs/>
                <w:lang w:eastAsia="ja-JP"/>
              </w:rPr>
              <w:t>学習内容を具体的に</w:t>
            </w:r>
            <w:r w:rsidR="00787B87">
              <w:rPr>
                <w:rFonts w:asciiTheme="majorEastAsia" w:eastAsiaTheme="majorEastAsia" w:hAnsiTheme="majorEastAsia" w:hint="eastAsia"/>
                <w:bCs/>
                <w:lang w:eastAsia="ja-JP"/>
              </w:rPr>
              <w:t>記入</w:t>
            </w:r>
          </w:p>
          <w:p w14:paraId="43C490B5" w14:textId="77777777" w:rsidR="00EB1A7D" w:rsidRPr="00787B87" w:rsidRDefault="00EB1A7D" w:rsidP="00EB1A7D">
            <w:pPr>
              <w:spacing w:after="0" w:line="240" w:lineRule="auto"/>
              <w:jc w:val="center"/>
              <w:rPr>
                <w:rFonts w:asciiTheme="majorEastAsia" w:eastAsiaTheme="majorEastAsia" w:hAnsiTheme="majorEastAsia" w:cs="ＭＳ 明朝"/>
                <w:bCs/>
                <w:lang w:eastAsia="ja-JP"/>
              </w:rPr>
            </w:pPr>
          </w:p>
          <w:p w14:paraId="0B52CD73" w14:textId="2426EBF3" w:rsidR="00602EBB" w:rsidRPr="00EB1A7D" w:rsidRDefault="00C00672" w:rsidP="00787B87">
            <w:pPr>
              <w:spacing w:after="0" w:line="240" w:lineRule="auto"/>
              <w:ind w:left="180" w:hangingChars="100" w:hanging="180"/>
              <w:jc w:val="center"/>
              <w:rPr>
                <w:rFonts w:ascii="Century" w:hAnsi="Century"/>
                <w:bCs/>
                <w:lang w:eastAsia="ja-JP"/>
              </w:rPr>
            </w:pPr>
            <w:r w:rsidRPr="00787B87">
              <w:rPr>
                <w:rFonts w:asciiTheme="majorEastAsia" w:eastAsiaTheme="majorEastAsia" w:hAnsiTheme="majorEastAsia" w:cs="ＭＳ 明朝" w:hint="eastAsia"/>
                <w:bCs/>
                <w:sz w:val="18"/>
                <w:szCs w:val="21"/>
                <w:lang w:eastAsia="ja-JP"/>
              </w:rPr>
              <w:t>※</w:t>
            </w:r>
            <w:r w:rsidRPr="00787B87">
              <w:rPr>
                <w:rFonts w:asciiTheme="majorEastAsia" w:eastAsiaTheme="majorEastAsia" w:hAnsiTheme="majorEastAsia"/>
                <w:bCs/>
                <w:sz w:val="18"/>
                <w:szCs w:val="21"/>
                <w:lang w:eastAsia="ja-JP"/>
              </w:rPr>
              <w:t>所有していない溶接機については、もしあれば何をしたいかを</w:t>
            </w:r>
            <w:r w:rsidR="00EB1A7D" w:rsidRPr="00787B87">
              <w:rPr>
                <w:rFonts w:asciiTheme="majorEastAsia" w:eastAsiaTheme="majorEastAsia" w:hAnsiTheme="majorEastAsia" w:hint="eastAsia"/>
                <w:bCs/>
                <w:sz w:val="18"/>
                <w:szCs w:val="21"/>
                <w:lang w:eastAsia="ja-JP"/>
              </w:rPr>
              <w:t>ご</w:t>
            </w:r>
            <w:r w:rsidRPr="00787B87">
              <w:rPr>
                <w:rFonts w:asciiTheme="majorEastAsia" w:eastAsiaTheme="majorEastAsia" w:hAnsiTheme="majorEastAsia"/>
                <w:bCs/>
                <w:sz w:val="18"/>
                <w:szCs w:val="21"/>
                <w:lang w:eastAsia="ja-JP"/>
              </w:rPr>
              <w:t>記入ください。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2A07BD0" w14:textId="77777777" w:rsidR="00602EBB" w:rsidRPr="00EB1A7D" w:rsidRDefault="00C00672" w:rsidP="00EB1A7D">
            <w:pPr>
              <w:spacing w:after="0" w:line="240" w:lineRule="auto"/>
              <w:jc w:val="center"/>
              <w:rPr>
                <w:rFonts w:ascii="Century" w:hAnsi="Century"/>
                <w:bCs/>
              </w:rPr>
            </w:pPr>
            <w:r w:rsidRPr="00EB1A7D">
              <w:rPr>
                <w:rFonts w:ascii="Century" w:hAnsi="Century"/>
                <w:bCs/>
              </w:rPr>
              <w:t>交流アーク</w:t>
            </w:r>
          </w:p>
        </w:tc>
        <w:tc>
          <w:tcPr>
            <w:tcW w:w="5764" w:type="dxa"/>
          </w:tcPr>
          <w:p w14:paraId="61BA9588" w14:textId="51BB4767" w:rsidR="00602EBB" w:rsidRPr="00EB1A7D" w:rsidRDefault="00602EBB" w:rsidP="00EB1A7D">
            <w:pPr>
              <w:spacing w:after="0" w:line="240" w:lineRule="auto"/>
              <w:rPr>
                <w:rFonts w:ascii="Century" w:hAnsi="Century"/>
                <w:bCs/>
              </w:rPr>
            </w:pPr>
          </w:p>
        </w:tc>
      </w:tr>
      <w:tr w:rsidR="00602EBB" w:rsidRPr="00EB1A7D" w14:paraId="28A31D28" w14:textId="77777777" w:rsidTr="00B56C78">
        <w:trPr>
          <w:trHeight w:val="907"/>
          <w:jc w:val="center"/>
        </w:trPr>
        <w:tc>
          <w:tcPr>
            <w:tcW w:w="3328" w:type="dxa"/>
            <w:vMerge/>
          </w:tcPr>
          <w:p w14:paraId="0B22E8CC" w14:textId="77777777" w:rsidR="00602EBB" w:rsidRPr="00EB1A7D" w:rsidRDefault="00602EBB" w:rsidP="00EB1A7D">
            <w:pPr>
              <w:spacing w:after="0" w:line="240" w:lineRule="auto"/>
              <w:rPr>
                <w:rFonts w:ascii="Century" w:hAnsi="Century"/>
                <w:bCs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5499E5E" w14:textId="77777777" w:rsidR="00602EBB" w:rsidRPr="00EB1A7D" w:rsidRDefault="00C00672" w:rsidP="00EB1A7D">
            <w:pPr>
              <w:spacing w:after="0" w:line="240" w:lineRule="auto"/>
              <w:jc w:val="center"/>
              <w:rPr>
                <w:rFonts w:ascii="Century" w:hAnsi="Century"/>
                <w:bCs/>
              </w:rPr>
            </w:pPr>
            <w:r w:rsidRPr="00EB1A7D">
              <w:rPr>
                <w:rFonts w:ascii="Century" w:hAnsi="Century"/>
                <w:bCs/>
              </w:rPr>
              <w:t>直流アーク</w:t>
            </w:r>
          </w:p>
        </w:tc>
        <w:tc>
          <w:tcPr>
            <w:tcW w:w="5764" w:type="dxa"/>
          </w:tcPr>
          <w:p w14:paraId="044D6833" w14:textId="152E7C99" w:rsidR="00602EBB" w:rsidRPr="00EB1A7D" w:rsidRDefault="00602EBB" w:rsidP="00EB1A7D">
            <w:pPr>
              <w:spacing w:after="0" w:line="240" w:lineRule="auto"/>
              <w:rPr>
                <w:rFonts w:ascii="Century" w:hAnsi="Century"/>
                <w:bCs/>
              </w:rPr>
            </w:pPr>
          </w:p>
        </w:tc>
      </w:tr>
      <w:tr w:rsidR="00602EBB" w:rsidRPr="00EB1A7D" w14:paraId="0C21DE7F" w14:textId="77777777" w:rsidTr="00B56C78">
        <w:trPr>
          <w:trHeight w:val="907"/>
          <w:jc w:val="center"/>
        </w:trPr>
        <w:tc>
          <w:tcPr>
            <w:tcW w:w="3328" w:type="dxa"/>
            <w:vMerge/>
          </w:tcPr>
          <w:p w14:paraId="14A25CF4" w14:textId="77777777" w:rsidR="00602EBB" w:rsidRPr="00EB1A7D" w:rsidRDefault="00602EBB" w:rsidP="00EB1A7D">
            <w:pPr>
              <w:spacing w:after="0" w:line="240" w:lineRule="auto"/>
              <w:rPr>
                <w:rFonts w:ascii="Century" w:hAnsi="Century"/>
                <w:bCs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3D4B2D1" w14:textId="77777777" w:rsidR="00602EBB" w:rsidRPr="00EB1A7D" w:rsidRDefault="00C00672" w:rsidP="00EB1A7D">
            <w:pPr>
              <w:spacing w:after="0" w:line="240" w:lineRule="auto"/>
              <w:jc w:val="center"/>
              <w:rPr>
                <w:rFonts w:ascii="Century" w:hAnsi="Century"/>
                <w:bCs/>
              </w:rPr>
            </w:pPr>
            <w:r w:rsidRPr="00EB1A7D">
              <w:rPr>
                <w:rFonts w:ascii="Century" w:hAnsi="Century"/>
                <w:bCs/>
              </w:rPr>
              <w:t>半自動</w:t>
            </w:r>
          </w:p>
        </w:tc>
        <w:tc>
          <w:tcPr>
            <w:tcW w:w="5764" w:type="dxa"/>
          </w:tcPr>
          <w:p w14:paraId="01DCBBEB" w14:textId="7FD7590F" w:rsidR="00602EBB" w:rsidRPr="00EB1A7D" w:rsidRDefault="00602EBB" w:rsidP="00EB1A7D">
            <w:pPr>
              <w:spacing w:after="0" w:line="240" w:lineRule="auto"/>
              <w:rPr>
                <w:rFonts w:ascii="Century" w:hAnsi="Century"/>
                <w:bCs/>
              </w:rPr>
            </w:pPr>
          </w:p>
        </w:tc>
      </w:tr>
    </w:tbl>
    <w:p w14:paraId="0A61637E" w14:textId="77777777" w:rsidR="00602EBB" w:rsidRPr="00EB1A7D" w:rsidRDefault="00602EBB" w:rsidP="00EB1A7D">
      <w:pPr>
        <w:spacing w:after="0" w:line="240" w:lineRule="auto"/>
        <w:rPr>
          <w:rFonts w:ascii="Century" w:hAnsi="Century"/>
          <w:bCs/>
        </w:rPr>
      </w:pPr>
    </w:p>
    <w:tbl>
      <w:tblPr>
        <w:tblW w:w="0" w:type="auto"/>
        <w:jc w:val="center"/>
        <w:tblBorders>
          <w:top w:val="single" w:sz="4" w:space="0" w:color="A0A0A0"/>
          <w:left w:val="single" w:sz="4" w:space="0" w:color="A0A0A0"/>
          <w:bottom w:val="single" w:sz="4" w:space="0" w:color="A0A0A0"/>
          <w:right w:val="single" w:sz="4" w:space="0" w:color="A0A0A0"/>
          <w:insideH w:val="single" w:sz="4" w:space="0" w:color="A0A0A0"/>
          <w:insideV w:val="single" w:sz="4" w:space="0" w:color="A0A0A0"/>
        </w:tblBorders>
        <w:tblLook w:val="04A0" w:firstRow="1" w:lastRow="0" w:firstColumn="1" w:lastColumn="0" w:noHBand="0" w:noVBand="1"/>
      </w:tblPr>
      <w:tblGrid>
        <w:gridCol w:w="3328"/>
        <w:gridCol w:w="1276"/>
        <w:gridCol w:w="5764"/>
      </w:tblGrid>
      <w:tr w:rsidR="00602EBB" w:rsidRPr="00EB1A7D" w14:paraId="4C0B334E" w14:textId="77777777" w:rsidTr="00B56C78">
        <w:trPr>
          <w:trHeight w:val="907"/>
          <w:jc w:val="center"/>
        </w:trPr>
        <w:tc>
          <w:tcPr>
            <w:tcW w:w="3328" w:type="dxa"/>
            <w:vMerge w:val="restart"/>
            <w:shd w:val="clear" w:color="auto" w:fill="F2F2F2"/>
            <w:vAlign w:val="center"/>
          </w:tcPr>
          <w:p w14:paraId="62876683" w14:textId="77777777" w:rsidR="007D73E7" w:rsidRDefault="00C00672" w:rsidP="00EB1A7D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bCs/>
                <w:lang w:eastAsia="ja-JP"/>
              </w:rPr>
            </w:pPr>
            <w:r w:rsidRPr="00787B87">
              <w:rPr>
                <w:rFonts w:ascii="ＭＳ ゴシック" w:eastAsia="ＭＳ ゴシック" w:hAnsi="ＭＳ ゴシック"/>
                <w:bCs/>
                <w:lang w:eastAsia="ja-JP"/>
              </w:rPr>
              <w:t>教科外において各溶接機の</w:t>
            </w:r>
          </w:p>
          <w:p w14:paraId="325A3C51" w14:textId="6AFC0CE4" w:rsidR="00EB1A7D" w:rsidRPr="00787B87" w:rsidRDefault="00C00672" w:rsidP="00EB1A7D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bCs/>
                <w:lang w:eastAsia="ja-JP"/>
              </w:rPr>
            </w:pPr>
            <w:r w:rsidRPr="00787B87">
              <w:rPr>
                <w:rFonts w:ascii="ＭＳ ゴシック" w:eastAsia="ＭＳ ゴシック" w:hAnsi="ＭＳ ゴシック"/>
                <w:bCs/>
                <w:lang w:eastAsia="ja-JP"/>
              </w:rPr>
              <w:t>活用状況を具体的に記載</w:t>
            </w:r>
          </w:p>
          <w:p w14:paraId="10B64BB8" w14:textId="77777777" w:rsidR="00EB1A7D" w:rsidRPr="00787B87" w:rsidRDefault="00EB1A7D" w:rsidP="00EB1A7D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bCs/>
                <w:lang w:eastAsia="ja-JP"/>
              </w:rPr>
            </w:pPr>
          </w:p>
          <w:p w14:paraId="55328977" w14:textId="03ECF64B" w:rsidR="00602EBB" w:rsidRPr="00EB1A7D" w:rsidRDefault="007D73E7" w:rsidP="00787B87">
            <w:pPr>
              <w:spacing w:after="0" w:line="240" w:lineRule="auto"/>
              <w:ind w:left="180" w:hangingChars="100" w:hanging="180"/>
              <w:jc w:val="center"/>
              <w:rPr>
                <w:rFonts w:ascii="Century" w:hAnsi="Century"/>
                <w:bCs/>
                <w:lang w:eastAsia="ja-JP"/>
              </w:rPr>
            </w:pPr>
            <w:r w:rsidRPr="00787B87">
              <w:rPr>
                <w:rFonts w:asciiTheme="majorEastAsia" w:eastAsiaTheme="majorEastAsia" w:hAnsiTheme="majorEastAsia" w:cs="ＭＳ 明朝" w:hint="eastAsia"/>
                <w:bCs/>
                <w:sz w:val="18"/>
                <w:szCs w:val="21"/>
                <w:lang w:eastAsia="ja-JP"/>
              </w:rPr>
              <w:t>※</w:t>
            </w:r>
            <w:r w:rsidRPr="00787B87">
              <w:rPr>
                <w:rFonts w:asciiTheme="majorEastAsia" w:eastAsiaTheme="majorEastAsia" w:hAnsiTheme="majorEastAsia"/>
                <w:bCs/>
                <w:sz w:val="18"/>
                <w:szCs w:val="21"/>
                <w:lang w:eastAsia="ja-JP"/>
              </w:rPr>
              <w:t>所有していない溶接機については、もしあれば何をしたいかを</w:t>
            </w:r>
            <w:r w:rsidRPr="00787B87">
              <w:rPr>
                <w:rFonts w:asciiTheme="majorEastAsia" w:eastAsiaTheme="majorEastAsia" w:hAnsiTheme="majorEastAsia" w:hint="eastAsia"/>
                <w:bCs/>
                <w:sz w:val="18"/>
                <w:szCs w:val="21"/>
                <w:lang w:eastAsia="ja-JP"/>
              </w:rPr>
              <w:t>ご</w:t>
            </w:r>
            <w:r w:rsidRPr="00787B87">
              <w:rPr>
                <w:rFonts w:asciiTheme="majorEastAsia" w:eastAsiaTheme="majorEastAsia" w:hAnsiTheme="majorEastAsia"/>
                <w:bCs/>
                <w:sz w:val="18"/>
                <w:szCs w:val="21"/>
                <w:lang w:eastAsia="ja-JP"/>
              </w:rPr>
              <w:t>記入ください。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0ED08DBA" w14:textId="77777777" w:rsidR="00602EBB" w:rsidRPr="00EB1A7D" w:rsidRDefault="00C00672" w:rsidP="00EB1A7D">
            <w:pPr>
              <w:spacing w:after="0" w:line="240" w:lineRule="auto"/>
              <w:jc w:val="center"/>
              <w:rPr>
                <w:rFonts w:ascii="Century" w:hAnsi="Century"/>
                <w:bCs/>
              </w:rPr>
            </w:pPr>
            <w:r w:rsidRPr="00EB1A7D">
              <w:rPr>
                <w:rFonts w:ascii="Century" w:hAnsi="Century"/>
                <w:bCs/>
              </w:rPr>
              <w:t>交流アーク</w:t>
            </w:r>
          </w:p>
        </w:tc>
        <w:tc>
          <w:tcPr>
            <w:tcW w:w="5764" w:type="dxa"/>
          </w:tcPr>
          <w:p w14:paraId="71D9CFF1" w14:textId="5B2E9486" w:rsidR="00602EBB" w:rsidRPr="00EB1A7D" w:rsidRDefault="00602EBB" w:rsidP="00EB1A7D">
            <w:pPr>
              <w:spacing w:after="0" w:line="240" w:lineRule="auto"/>
              <w:rPr>
                <w:rFonts w:ascii="Century" w:hAnsi="Century"/>
                <w:bCs/>
              </w:rPr>
            </w:pPr>
          </w:p>
        </w:tc>
      </w:tr>
      <w:tr w:rsidR="00602EBB" w:rsidRPr="00EB1A7D" w14:paraId="2D5CE3A8" w14:textId="77777777" w:rsidTr="00B56C78">
        <w:trPr>
          <w:trHeight w:val="907"/>
          <w:jc w:val="center"/>
        </w:trPr>
        <w:tc>
          <w:tcPr>
            <w:tcW w:w="3328" w:type="dxa"/>
            <w:vMerge/>
          </w:tcPr>
          <w:p w14:paraId="64BC20C2" w14:textId="77777777" w:rsidR="00602EBB" w:rsidRPr="00EB1A7D" w:rsidRDefault="00602EBB" w:rsidP="00EB1A7D">
            <w:pPr>
              <w:spacing w:after="0" w:line="240" w:lineRule="auto"/>
              <w:rPr>
                <w:rFonts w:ascii="Century" w:hAnsi="Century"/>
                <w:bCs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041A21F" w14:textId="77777777" w:rsidR="00602EBB" w:rsidRPr="00EB1A7D" w:rsidRDefault="00C00672" w:rsidP="00EB1A7D">
            <w:pPr>
              <w:spacing w:after="0" w:line="240" w:lineRule="auto"/>
              <w:jc w:val="center"/>
              <w:rPr>
                <w:rFonts w:ascii="Century" w:hAnsi="Century"/>
                <w:bCs/>
              </w:rPr>
            </w:pPr>
            <w:r w:rsidRPr="00EB1A7D">
              <w:rPr>
                <w:rFonts w:ascii="Century" w:hAnsi="Century"/>
                <w:bCs/>
              </w:rPr>
              <w:t>直流アーク</w:t>
            </w:r>
          </w:p>
        </w:tc>
        <w:tc>
          <w:tcPr>
            <w:tcW w:w="5764" w:type="dxa"/>
          </w:tcPr>
          <w:p w14:paraId="10F54B78" w14:textId="144FDC98" w:rsidR="00602EBB" w:rsidRPr="00EB1A7D" w:rsidRDefault="00602EBB" w:rsidP="00EB1A7D">
            <w:pPr>
              <w:spacing w:after="0" w:line="240" w:lineRule="auto"/>
              <w:rPr>
                <w:rFonts w:ascii="Century" w:hAnsi="Century"/>
                <w:bCs/>
              </w:rPr>
            </w:pPr>
          </w:p>
        </w:tc>
      </w:tr>
      <w:tr w:rsidR="00602EBB" w:rsidRPr="00EB1A7D" w14:paraId="6EE6F91A" w14:textId="77777777" w:rsidTr="00B56C78">
        <w:trPr>
          <w:trHeight w:val="907"/>
          <w:jc w:val="center"/>
        </w:trPr>
        <w:tc>
          <w:tcPr>
            <w:tcW w:w="3328" w:type="dxa"/>
            <w:vMerge/>
          </w:tcPr>
          <w:p w14:paraId="5F966C30" w14:textId="77777777" w:rsidR="00602EBB" w:rsidRPr="00EB1A7D" w:rsidRDefault="00602EBB" w:rsidP="00EB1A7D">
            <w:pPr>
              <w:spacing w:after="0" w:line="240" w:lineRule="auto"/>
              <w:rPr>
                <w:rFonts w:ascii="Century" w:hAnsi="Century"/>
                <w:bCs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8C14435" w14:textId="77777777" w:rsidR="00602EBB" w:rsidRPr="00EB1A7D" w:rsidRDefault="00C00672" w:rsidP="00EB1A7D">
            <w:pPr>
              <w:spacing w:after="0" w:line="240" w:lineRule="auto"/>
              <w:jc w:val="center"/>
              <w:rPr>
                <w:rFonts w:ascii="Century" w:hAnsi="Century"/>
                <w:bCs/>
              </w:rPr>
            </w:pPr>
            <w:r w:rsidRPr="00EB1A7D">
              <w:rPr>
                <w:rFonts w:ascii="Century" w:hAnsi="Century"/>
                <w:bCs/>
              </w:rPr>
              <w:t>半自動</w:t>
            </w:r>
          </w:p>
        </w:tc>
        <w:tc>
          <w:tcPr>
            <w:tcW w:w="5764" w:type="dxa"/>
          </w:tcPr>
          <w:p w14:paraId="196265C5" w14:textId="122B6910" w:rsidR="00602EBB" w:rsidRPr="00EB1A7D" w:rsidRDefault="00602EBB" w:rsidP="00EB1A7D">
            <w:pPr>
              <w:spacing w:after="0" w:line="240" w:lineRule="auto"/>
              <w:rPr>
                <w:rFonts w:ascii="Century" w:hAnsi="Century" w:hint="eastAsia"/>
                <w:bCs/>
                <w:lang w:eastAsia="ja-JP"/>
              </w:rPr>
            </w:pPr>
          </w:p>
        </w:tc>
      </w:tr>
    </w:tbl>
    <w:p w14:paraId="2DEF3FAD" w14:textId="77777777" w:rsidR="00602EBB" w:rsidRPr="00EB1A7D" w:rsidRDefault="00602EBB" w:rsidP="00EB1A7D">
      <w:pPr>
        <w:spacing w:after="0" w:line="240" w:lineRule="auto"/>
        <w:rPr>
          <w:rFonts w:ascii="Century" w:hAnsi="Century"/>
          <w:bCs/>
        </w:rPr>
      </w:pPr>
    </w:p>
    <w:tbl>
      <w:tblPr>
        <w:tblW w:w="0" w:type="auto"/>
        <w:jc w:val="center"/>
        <w:tblBorders>
          <w:top w:val="single" w:sz="4" w:space="0" w:color="A0A0A0"/>
          <w:left w:val="single" w:sz="4" w:space="0" w:color="A0A0A0"/>
          <w:bottom w:val="single" w:sz="4" w:space="0" w:color="A0A0A0"/>
          <w:right w:val="single" w:sz="4" w:space="0" w:color="A0A0A0"/>
          <w:insideH w:val="single" w:sz="4" w:space="0" w:color="A0A0A0"/>
          <w:insideV w:val="single" w:sz="4" w:space="0" w:color="A0A0A0"/>
        </w:tblBorders>
        <w:tblLook w:val="04A0" w:firstRow="1" w:lastRow="0" w:firstColumn="1" w:lastColumn="0" w:noHBand="0" w:noVBand="1"/>
      </w:tblPr>
      <w:tblGrid>
        <w:gridCol w:w="3328"/>
        <w:gridCol w:w="3544"/>
        <w:gridCol w:w="3496"/>
      </w:tblGrid>
      <w:tr w:rsidR="00602EBB" w:rsidRPr="00EB1A7D" w14:paraId="57138D96" w14:textId="77777777" w:rsidTr="008F0B55">
        <w:trPr>
          <w:trHeight w:val="454"/>
          <w:jc w:val="center"/>
        </w:trPr>
        <w:tc>
          <w:tcPr>
            <w:tcW w:w="3328" w:type="dxa"/>
            <w:vMerge w:val="restart"/>
            <w:shd w:val="clear" w:color="auto" w:fill="F2F2F2"/>
            <w:vAlign w:val="center"/>
          </w:tcPr>
          <w:p w14:paraId="71189370" w14:textId="77777777" w:rsidR="00EB1A7D" w:rsidRPr="00B56C78" w:rsidRDefault="00C00672" w:rsidP="00EB1A7D">
            <w:pPr>
              <w:spacing w:after="0" w:line="240" w:lineRule="auto"/>
              <w:jc w:val="center"/>
              <w:rPr>
                <w:rFonts w:asciiTheme="majorEastAsia" w:eastAsiaTheme="majorEastAsia" w:hAnsiTheme="majorEastAsia"/>
                <w:bCs/>
                <w:lang w:eastAsia="ja-JP"/>
              </w:rPr>
            </w:pPr>
            <w:r w:rsidRPr="00B56C78">
              <w:rPr>
                <w:rFonts w:asciiTheme="majorEastAsia" w:eastAsiaTheme="majorEastAsia" w:hAnsiTheme="majorEastAsia"/>
                <w:bCs/>
                <w:lang w:eastAsia="ja-JP"/>
              </w:rPr>
              <w:t>溶接コンクール・</w:t>
            </w:r>
          </w:p>
          <w:p w14:paraId="72088A63" w14:textId="453D1D80" w:rsidR="00EB1A7D" w:rsidRPr="00B56C78" w:rsidRDefault="00C00672" w:rsidP="00EB1A7D">
            <w:pPr>
              <w:spacing w:after="0" w:line="240" w:lineRule="auto"/>
              <w:jc w:val="center"/>
              <w:rPr>
                <w:rFonts w:asciiTheme="majorEastAsia" w:eastAsiaTheme="majorEastAsia" w:hAnsiTheme="majorEastAsia"/>
                <w:bCs/>
                <w:lang w:eastAsia="ja-JP"/>
              </w:rPr>
            </w:pPr>
            <w:r w:rsidRPr="00B56C78">
              <w:rPr>
                <w:rFonts w:asciiTheme="majorEastAsia" w:eastAsiaTheme="majorEastAsia" w:hAnsiTheme="majorEastAsia"/>
                <w:bCs/>
                <w:lang w:eastAsia="ja-JP"/>
              </w:rPr>
              <w:t>ものづくりコンテスト参加状況</w:t>
            </w:r>
          </w:p>
          <w:p w14:paraId="4E6A929C" w14:textId="09934A04" w:rsidR="00602EBB" w:rsidRPr="00EB1A7D" w:rsidRDefault="00E703B4" w:rsidP="00EB1A7D">
            <w:pPr>
              <w:spacing w:after="0" w:line="240" w:lineRule="auto"/>
              <w:jc w:val="center"/>
              <w:rPr>
                <w:rFonts w:ascii="Century" w:hAnsi="Century"/>
                <w:bCs/>
                <w:lang w:eastAsia="ja-JP"/>
              </w:rPr>
            </w:pPr>
            <w:r>
              <w:rPr>
                <w:rFonts w:asciiTheme="majorEastAsia" w:eastAsiaTheme="majorEastAsia" w:hAnsiTheme="majorEastAsia" w:hint="eastAsia"/>
                <w:bCs/>
                <w:lang w:eastAsia="ja-JP"/>
              </w:rPr>
              <w:t>（</w:t>
            </w:r>
            <w:r w:rsidR="00EB1A7D" w:rsidRPr="00B56C78">
              <w:rPr>
                <w:rFonts w:asciiTheme="majorEastAsia" w:eastAsiaTheme="majorEastAsia" w:hAnsiTheme="majorEastAsia" w:hint="eastAsia"/>
                <w:bCs/>
                <w:lang w:eastAsia="ja-JP"/>
              </w:rPr>
              <w:t>チェック</w:t>
            </w:r>
            <w:r w:rsidR="00C00672" w:rsidRPr="00B56C78">
              <w:rPr>
                <w:rFonts w:asciiTheme="majorEastAsia" w:eastAsiaTheme="majorEastAsia" w:hAnsiTheme="majorEastAsia"/>
                <w:bCs/>
                <w:lang w:eastAsia="ja-JP"/>
              </w:rPr>
              <w:t>をつける</w:t>
            </w:r>
            <w:r>
              <w:rPr>
                <w:rFonts w:asciiTheme="majorEastAsia" w:eastAsiaTheme="majorEastAsia" w:hAnsiTheme="majorEastAsia" w:hint="eastAsia"/>
                <w:bCs/>
                <w:lang w:eastAsia="ja-JP"/>
              </w:rPr>
              <w:t>）</w:t>
            </w:r>
          </w:p>
        </w:tc>
        <w:tc>
          <w:tcPr>
            <w:tcW w:w="3544" w:type="dxa"/>
            <w:shd w:val="clear" w:color="auto" w:fill="F2F2F2"/>
            <w:vAlign w:val="center"/>
          </w:tcPr>
          <w:p w14:paraId="69873E71" w14:textId="725215E4" w:rsidR="00602EBB" w:rsidRPr="00B56C78" w:rsidRDefault="00C00672" w:rsidP="00EB1A7D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bCs/>
              </w:rPr>
            </w:pPr>
            <w:r w:rsidRPr="00B56C78">
              <w:rPr>
                <w:rFonts w:ascii="ＭＳ ゴシック" w:eastAsia="ＭＳ ゴシック" w:hAnsi="ＭＳ ゴシック"/>
                <w:bCs/>
              </w:rPr>
              <w:t>溶接コンクール</w:t>
            </w:r>
          </w:p>
        </w:tc>
        <w:tc>
          <w:tcPr>
            <w:tcW w:w="3496" w:type="dxa"/>
            <w:shd w:val="clear" w:color="auto" w:fill="F2F2F2"/>
            <w:vAlign w:val="center"/>
          </w:tcPr>
          <w:p w14:paraId="047351BE" w14:textId="0007FD5E" w:rsidR="00602EBB" w:rsidRPr="00B56C78" w:rsidRDefault="00C00672" w:rsidP="00EB1A7D">
            <w:pPr>
              <w:spacing w:after="0" w:line="240" w:lineRule="auto"/>
              <w:jc w:val="center"/>
              <w:rPr>
                <w:rFonts w:ascii="ＭＳ ゴシック" w:eastAsia="ＭＳ ゴシック" w:hAnsi="ＭＳ ゴシック"/>
                <w:bCs/>
                <w:lang w:eastAsia="ja-JP"/>
              </w:rPr>
            </w:pPr>
            <w:r w:rsidRPr="00B56C78">
              <w:rPr>
                <w:rFonts w:ascii="ＭＳ ゴシック" w:eastAsia="ＭＳ ゴシック" w:hAnsi="ＭＳ ゴシック"/>
                <w:bCs/>
                <w:lang w:eastAsia="ja-JP"/>
              </w:rPr>
              <w:t>高校生ものづくりコンテスト</w:t>
            </w:r>
          </w:p>
        </w:tc>
      </w:tr>
      <w:tr w:rsidR="00602EBB" w:rsidRPr="00EB1A7D" w14:paraId="6C315C86" w14:textId="77777777" w:rsidTr="008F0B55">
        <w:trPr>
          <w:trHeight w:val="454"/>
          <w:jc w:val="center"/>
        </w:trPr>
        <w:tc>
          <w:tcPr>
            <w:tcW w:w="3328" w:type="dxa"/>
            <w:vMerge/>
          </w:tcPr>
          <w:p w14:paraId="242B89BD" w14:textId="77777777" w:rsidR="00602EBB" w:rsidRPr="00EB1A7D" w:rsidRDefault="00602EBB" w:rsidP="00EB1A7D">
            <w:pPr>
              <w:spacing w:after="0" w:line="240" w:lineRule="auto"/>
              <w:rPr>
                <w:rFonts w:ascii="Century" w:hAnsi="Century"/>
                <w:bCs/>
                <w:lang w:eastAsia="ja-JP"/>
              </w:rPr>
            </w:pPr>
          </w:p>
        </w:tc>
        <w:tc>
          <w:tcPr>
            <w:tcW w:w="3544" w:type="dxa"/>
            <w:vAlign w:val="center"/>
          </w:tcPr>
          <w:p w14:paraId="354FCDC2" w14:textId="3766077F" w:rsidR="00602EBB" w:rsidRPr="00EB1A7D" w:rsidRDefault="00C00672" w:rsidP="00EB1A7D">
            <w:pPr>
              <w:spacing w:after="0" w:line="240" w:lineRule="auto"/>
              <w:rPr>
                <w:rFonts w:ascii="Century" w:hAnsi="Century"/>
                <w:bCs/>
                <w:lang w:eastAsia="ja-JP"/>
              </w:rPr>
            </w:pPr>
            <w:r w:rsidRPr="00EB1A7D">
              <w:rPr>
                <w:rFonts w:ascii="ＭＳ 明朝" w:eastAsia="ＭＳ 明朝" w:hAnsi="ＭＳ 明朝" w:cs="ＭＳ 明朝" w:hint="eastAsia"/>
                <w:bCs/>
                <w:lang w:eastAsia="ja-JP"/>
              </w:rPr>
              <w:t>①</w:t>
            </w:r>
            <w:r w:rsidRPr="00EB1A7D">
              <w:rPr>
                <w:rFonts w:ascii="Century" w:hAnsi="Century"/>
                <w:bCs/>
                <w:lang w:eastAsia="ja-JP"/>
              </w:rPr>
              <w:t xml:space="preserve"> </w:t>
            </w:r>
            <w:r w:rsidRPr="00EB1A7D">
              <w:rPr>
                <w:rFonts w:ascii="Century" w:hAnsi="Century"/>
                <w:bCs/>
                <w:lang w:eastAsia="ja-JP"/>
              </w:rPr>
              <w:t>都道府県大会</w:t>
            </w:r>
            <w:r w:rsidR="00EB1A7D">
              <w:rPr>
                <w:rFonts w:ascii="Century" w:hAnsi="Century" w:hint="eastAsia"/>
                <w:bCs/>
                <w:lang w:eastAsia="ja-JP"/>
              </w:rPr>
              <w:t xml:space="preserve">　</w:t>
            </w:r>
            <w:r w:rsidR="00EB1A7D" w:rsidRPr="00EB1A7D">
              <w:rPr>
                <w:rFonts w:ascii="Century" w:hAnsi="Century" w:hint="eastAsia"/>
                <w:bCs/>
                <w:sz w:val="22"/>
                <w:szCs w:val="28"/>
                <w:lang w:eastAsia="ja-JP"/>
              </w:rPr>
              <w:t xml:space="preserve">　</w:t>
            </w:r>
            <w:sdt>
              <w:sdtPr>
                <w:rPr>
                  <w:rFonts w:ascii="Century" w:hAnsi="Century" w:hint="eastAsia"/>
                  <w:bCs/>
                  <w:sz w:val="22"/>
                  <w:szCs w:val="28"/>
                  <w:lang w:eastAsia="ja-JP"/>
                </w:rPr>
                <w:id w:val="-82682596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B75A7">
                  <w:rPr>
                    <w:rFonts w:ascii="ＭＳ ゴシック" w:eastAsia="ＭＳ ゴシック" w:hAnsi="ＭＳ ゴシック" w:hint="eastAsia"/>
                    <w:bCs/>
                    <w:sz w:val="22"/>
                    <w:szCs w:val="28"/>
                    <w:lang w:eastAsia="ja-JP"/>
                  </w:rPr>
                  <w:t>☐</w:t>
                </w:r>
              </w:sdtContent>
            </w:sdt>
            <w:r w:rsidRPr="00EB1A7D">
              <w:rPr>
                <w:rFonts w:ascii="Century" w:hAnsi="Century"/>
                <w:bCs/>
                <w:lang w:eastAsia="ja-JP"/>
              </w:rPr>
              <w:t>有</w:t>
            </w:r>
            <w:r w:rsidRPr="00EB1A7D">
              <w:rPr>
                <w:rFonts w:ascii="Century" w:hAnsi="Century"/>
                <w:bCs/>
                <w:lang w:eastAsia="ja-JP"/>
              </w:rPr>
              <w:t xml:space="preserve">  </w:t>
            </w:r>
            <w:r w:rsidR="00EB1A7D">
              <w:rPr>
                <w:rFonts w:ascii="Century" w:hAnsi="Century" w:hint="eastAsia"/>
                <w:bCs/>
                <w:lang w:eastAsia="ja-JP"/>
              </w:rPr>
              <w:t xml:space="preserve">　</w:t>
            </w:r>
            <w:sdt>
              <w:sdtPr>
                <w:rPr>
                  <w:rFonts w:ascii="Century" w:hAnsi="Century" w:hint="eastAsia"/>
                  <w:bCs/>
                  <w:sz w:val="22"/>
                  <w:szCs w:val="28"/>
                  <w:lang w:eastAsia="ja-JP"/>
                </w:rPr>
                <w:id w:val="-3574374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110849">
                  <w:rPr>
                    <w:rFonts w:ascii="ＭＳ ゴシック" w:eastAsia="ＭＳ ゴシック" w:hAnsi="ＭＳ ゴシック" w:hint="eastAsia"/>
                    <w:bCs/>
                    <w:sz w:val="22"/>
                    <w:szCs w:val="28"/>
                    <w:lang w:eastAsia="ja-JP"/>
                  </w:rPr>
                  <w:t>☐</w:t>
                </w:r>
              </w:sdtContent>
            </w:sdt>
            <w:r w:rsidRPr="00EB1A7D">
              <w:rPr>
                <w:rFonts w:ascii="Century" w:hAnsi="Century"/>
                <w:bCs/>
                <w:lang w:eastAsia="ja-JP"/>
              </w:rPr>
              <w:t xml:space="preserve"> </w:t>
            </w:r>
            <w:r w:rsidRPr="00EB1A7D">
              <w:rPr>
                <w:rFonts w:ascii="Century" w:hAnsi="Century"/>
                <w:bCs/>
                <w:lang w:eastAsia="ja-JP"/>
              </w:rPr>
              <w:t>無</w:t>
            </w:r>
          </w:p>
        </w:tc>
        <w:tc>
          <w:tcPr>
            <w:tcW w:w="3496" w:type="dxa"/>
            <w:vAlign w:val="center"/>
          </w:tcPr>
          <w:p w14:paraId="51956ADC" w14:textId="7D51AD4D" w:rsidR="00602EBB" w:rsidRPr="00EB1A7D" w:rsidRDefault="00EB1A7D" w:rsidP="00EB1A7D">
            <w:pPr>
              <w:spacing w:after="0" w:line="240" w:lineRule="auto"/>
              <w:rPr>
                <w:rFonts w:ascii="Century" w:hAnsi="Century"/>
                <w:bCs/>
                <w:lang w:eastAsia="ja-JP"/>
              </w:rPr>
            </w:pPr>
            <w:r w:rsidRPr="00EB1A7D">
              <w:rPr>
                <w:rFonts w:ascii="ＭＳ 明朝" w:eastAsia="ＭＳ 明朝" w:hAnsi="ＭＳ 明朝" w:cs="ＭＳ 明朝" w:hint="eastAsia"/>
                <w:bCs/>
                <w:lang w:eastAsia="ja-JP"/>
              </w:rPr>
              <w:t>①</w:t>
            </w:r>
            <w:r w:rsidRPr="00EB1A7D">
              <w:rPr>
                <w:rFonts w:ascii="Century" w:hAnsi="Century"/>
                <w:bCs/>
                <w:lang w:eastAsia="ja-JP"/>
              </w:rPr>
              <w:t xml:space="preserve"> </w:t>
            </w:r>
            <w:r w:rsidRPr="00EB1A7D">
              <w:rPr>
                <w:rFonts w:ascii="Century" w:hAnsi="Century"/>
                <w:bCs/>
                <w:lang w:eastAsia="ja-JP"/>
              </w:rPr>
              <w:t>都道府県大会</w:t>
            </w:r>
            <w:r>
              <w:rPr>
                <w:rFonts w:ascii="Century" w:hAnsi="Century" w:hint="eastAsia"/>
                <w:bCs/>
                <w:lang w:eastAsia="ja-JP"/>
              </w:rPr>
              <w:t xml:space="preserve">　</w:t>
            </w:r>
            <w:r w:rsidRPr="00EB1A7D">
              <w:rPr>
                <w:rFonts w:ascii="Century" w:hAnsi="Century" w:hint="eastAsia"/>
                <w:bCs/>
                <w:sz w:val="22"/>
                <w:szCs w:val="28"/>
                <w:lang w:eastAsia="ja-JP"/>
              </w:rPr>
              <w:t xml:space="preserve">　</w:t>
            </w:r>
            <w:sdt>
              <w:sdtPr>
                <w:rPr>
                  <w:rFonts w:ascii="Century" w:hAnsi="Century" w:hint="eastAsia"/>
                  <w:bCs/>
                  <w:sz w:val="22"/>
                  <w:szCs w:val="28"/>
                  <w:lang w:eastAsia="ja-JP"/>
                </w:rPr>
                <w:id w:val="186879590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bCs/>
                    <w:sz w:val="22"/>
                    <w:szCs w:val="28"/>
                    <w:lang w:eastAsia="ja-JP"/>
                  </w:rPr>
                  <w:t>☐</w:t>
                </w:r>
              </w:sdtContent>
            </w:sdt>
            <w:r w:rsidRPr="00EB1A7D">
              <w:rPr>
                <w:rFonts w:ascii="Century" w:hAnsi="Century"/>
                <w:bCs/>
                <w:lang w:eastAsia="ja-JP"/>
              </w:rPr>
              <w:t>有</w:t>
            </w:r>
            <w:r w:rsidRPr="00EB1A7D">
              <w:rPr>
                <w:rFonts w:ascii="Century" w:hAnsi="Century"/>
                <w:bCs/>
                <w:lang w:eastAsia="ja-JP"/>
              </w:rPr>
              <w:t xml:space="preserve">  </w:t>
            </w:r>
            <w:r>
              <w:rPr>
                <w:rFonts w:ascii="Century" w:hAnsi="Century" w:hint="eastAsia"/>
                <w:bCs/>
                <w:lang w:eastAsia="ja-JP"/>
              </w:rPr>
              <w:t xml:space="preserve">　</w:t>
            </w:r>
            <w:sdt>
              <w:sdtPr>
                <w:rPr>
                  <w:rFonts w:ascii="Century" w:hAnsi="Century" w:hint="eastAsia"/>
                  <w:bCs/>
                  <w:sz w:val="22"/>
                  <w:szCs w:val="28"/>
                  <w:lang w:eastAsia="ja-JP"/>
                </w:rPr>
                <w:id w:val="-200504535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bCs/>
                    <w:sz w:val="22"/>
                    <w:szCs w:val="28"/>
                    <w:lang w:eastAsia="ja-JP"/>
                  </w:rPr>
                  <w:t>☐</w:t>
                </w:r>
              </w:sdtContent>
            </w:sdt>
            <w:r w:rsidRPr="00EB1A7D">
              <w:rPr>
                <w:rFonts w:ascii="Century" w:hAnsi="Century"/>
                <w:bCs/>
                <w:lang w:eastAsia="ja-JP"/>
              </w:rPr>
              <w:t xml:space="preserve"> </w:t>
            </w:r>
            <w:r w:rsidRPr="00EB1A7D">
              <w:rPr>
                <w:rFonts w:ascii="Century" w:hAnsi="Century"/>
                <w:bCs/>
                <w:lang w:eastAsia="ja-JP"/>
              </w:rPr>
              <w:t>無</w:t>
            </w:r>
          </w:p>
        </w:tc>
      </w:tr>
      <w:tr w:rsidR="00602EBB" w:rsidRPr="00EB1A7D" w14:paraId="64F5FDF5" w14:textId="77777777" w:rsidTr="008F0B55">
        <w:trPr>
          <w:trHeight w:val="454"/>
          <w:jc w:val="center"/>
        </w:trPr>
        <w:tc>
          <w:tcPr>
            <w:tcW w:w="3328" w:type="dxa"/>
            <w:vMerge/>
          </w:tcPr>
          <w:p w14:paraId="3CB78262" w14:textId="77777777" w:rsidR="00602EBB" w:rsidRPr="00EB1A7D" w:rsidRDefault="00602EBB" w:rsidP="00EB1A7D">
            <w:pPr>
              <w:spacing w:after="0" w:line="240" w:lineRule="auto"/>
              <w:rPr>
                <w:rFonts w:ascii="Century" w:hAnsi="Century"/>
                <w:bCs/>
                <w:lang w:eastAsia="ja-JP"/>
              </w:rPr>
            </w:pPr>
          </w:p>
        </w:tc>
        <w:tc>
          <w:tcPr>
            <w:tcW w:w="3544" w:type="dxa"/>
            <w:vAlign w:val="center"/>
          </w:tcPr>
          <w:p w14:paraId="6711AD42" w14:textId="7491B967" w:rsidR="00602EBB" w:rsidRPr="00EB1A7D" w:rsidRDefault="00C00672" w:rsidP="00EB1A7D">
            <w:pPr>
              <w:spacing w:after="0" w:line="240" w:lineRule="auto"/>
              <w:rPr>
                <w:rFonts w:ascii="Century" w:hAnsi="Century"/>
                <w:bCs/>
                <w:lang w:eastAsia="ja-JP"/>
              </w:rPr>
            </w:pPr>
            <w:r w:rsidRPr="00EB1A7D">
              <w:rPr>
                <w:rFonts w:ascii="ＭＳ 明朝" w:eastAsia="ＭＳ 明朝" w:hAnsi="ＭＳ 明朝" w:cs="ＭＳ 明朝" w:hint="eastAsia"/>
                <w:bCs/>
                <w:lang w:eastAsia="ja-JP"/>
              </w:rPr>
              <w:t>②</w:t>
            </w:r>
            <w:r w:rsidRPr="00EB1A7D">
              <w:rPr>
                <w:rFonts w:ascii="Century" w:hAnsi="Century"/>
                <w:bCs/>
                <w:lang w:eastAsia="ja-JP"/>
              </w:rPr>
              <w:t xml:space="preserve"> </w:t>
            </w:r>
            <w:r w:rsidRPr="00EB1A7D">
              <w:rPr>
                <w:rFonts w:ascii="Century" w:hAnsi="Century"/>
                <w:bCs/>
                <w:lang w:eastAsia="ja-JP"/>
              </w:rPr>
              <w:t>地区大会</w:t>
            </w:r>
            <w:r w:rsidR="00EB1A7D">
              <w:rPr>
                <w:rFonts w:ascii="Century" w:hAnsi="Century" w:hint="eastAsia"/>
                <w:bCs/>
                <w:lang w:eastAsia="ja-JP"/>
              </w:rPr>
              <w:t xml:space="preserve">　</w:t>
            </w:r>
            <w:r w:rsidR="00EB1A7D" w:rsidRPr="00EB1A7D">
              <w:rPr>
                <w:rFonts w:ascii="Century" w:hAnsi="Century" w:hint="eastAsia"/>
                <w:bCs/>
                <w:sz w:val="22"/>
                <w:szCs w:val="28"/>
                <w:lang w:eastAsia="ja-JP"/>
              </w:rPr>
              <w:t xml:space="preserve">　</w:t>
            </w:r>
            <w:sdt>
              <w:sdtPr>
                <w:rPr>
                  <w:rFonts w:ascii="Century" w:hAnsi="Century" w:hint="eastAsia"/>
                  <w:bCs/>
                  <w:sz w:val="22"/>
                  <w:szCs w:val="28"/>
                  <w:lang w:eastAsia="ja-JP"/>
                </w:rPr>
                <w:id w:val="-79998594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EB1A7D">
                  <w:rPr>
                    <w:rFonts w:ascii="ＭＳ ゴシック" w:eastAsia="ＭＳ ゴシック" w:hAnsi="ＭＳ ゴシック" w:hint="eastAsia"/>
                    <w:bCs/>
                    <w:sz w:val="22"/>
                    <w:szCs w:val="28"/>
                    <w:lang w:eastAsia="ja-JP"/>
                  </w:rPr>
                  <w:t>☐</w:t>
                </w:r>
              </w:sdtContent>
            </w:sdt>
            <w:r w:rsidR="00EB1A7D" w:rsidRPr="00EB1A7D">
              <w:rPr>
                <w:rFonts w:ascii="Century" w:hAnsi="Century"/>
                <w:bCs/>
                <w:lang w:eastAsia="ja-JP"/>
              </w:rPr>
              <w:t>有</w:t>
            </w:r>
            <w:r w:rsidR="00EB1A7D" w:rsidRPr="00EB1A7D">
              <w:rPr>
                <w:rFonts w:ascii="Century" w:hAnsi="Century"/>
                <w:bCs/>
                <w:lang w:eastAsia="ja-JP"/>
              </w:rPr>
              <w:t xml:space="preserve">  </w:t>
            </w:r>
            <w:r w:rsidR="00EB1A7D">
              <w:rPr>
                <w:rFonts w:ascii="Century" w:hAnsi="Century" w:hint="eastAsia"/>
                <w:bCs/>
                <w:lang w:eastAsia="ja-JP"/>
              </w:rPr>
              <w:t xml:space="preserve">　</w:t>
            </w:r>
            <w:sdt>
              <w:sdtPr>
                <w:rPr>
                  <w:rFonts w:ascii="Century" w:hAnsi="Century" w:hint="eastAsia"/>
                  <w:bCs/>
                  <w:sz w:val="22"/>
                  <w:szCs w:val="28"/>
                  <w:lang w:eastAsia="ja-JP"/>
                </w:rPr>
                <w:id w:val="-35989636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EB1A7D">
                  <w:rPr>
                    <w:rFonts w:ascii="ＭＳ ゴシック" w:eastAsia="ＭＳ ゴシック" w:hAnsi="ＭＳ ゴシック" w:hint="eastAsia"/>
                    <w:bCs/>
                    <w:sz w:val="22"/>
                    <w:szCs w:val="28"/>
                    <w:lang w:eastAsia="ja-JP"/>
                  </w:rPr>
                  <w:t>☐</w:t>
                </w:r>
              </w:sdtContent>
            </w:sdt>
            <w:r w:rsidR="00EB1A7D" w:rsidRPr="00EB1A7D">
              <w:rPr>
                <w:rFonts w:ascii="Century" w:hAnsi="Century"/>
                <w:bCs/>
                <w:lang w:eastAsia="ja-JP"/>
              </w:rPr>
              <w:t xml:space="preserve"> </w:t>
            </w:r>
            <w:r w:rsidR="00EB1A7D" w:rsidRPr="00EB1A7D">
              <w:rPr>
                <w:rFonts w:ascii="Century" w:hAnsi="Century"/>
                <w:bCs/>
                <w:lang w:eastAsia="ja-JP"/>
              </w:rPr>
              <w:t>無</w:t>
            </w:r>
          </w:p>
        </w:tc>
        <w:tc>
          <w:tcPr>
            <w:tcW w:w="3496" w:type="dxa"/>
            <w:vAlign w:val="center"/>
          </w:tcPr>
          <w:p w14:paraId="2C30BE01" w14:textId="6A9F058E" w:rsidR="00602EBB" w:rsidRPr="00EB1A7D" w:rsidRDefault="00C00672" w:rsidP="00EB1A7D">
            <w:pPr>
              <w:spacing w:after="0" w:line="240" w:lineRule="auto"/>
              <w:rPr>
                <w:rFonts w:ascii="Century" w:hAnsi="Century"/>
                <w:bCs/>
                <w:lang w:eastAsia="ja-JP"/>
              </w:rPr>
            </w:pPr>
            <w:r w:rsidRPr="00EB1A7D">
              <w:rPr>
                <w:rFonts w:ascii="ＭＳ 明朝" w:eastAsia="ＭＳ 明朝" w:hAnsi="ＭＳ 明朝" w:cs="ＭＳ 明朝" w:hint="eastAsia"/>
                <w:bCs/>
                <w:lang w:eastAsia="ja-JP"/>
              </w:rPr>
              <w:t>②</w:t>
            </w:r>
            <w:r w:rsidRPr="00EB1A7D">
              <w:rPr>
                <w:rFonts w:ascii="Century" w:hAnsi="Century"/>
                <w:bCs/>
                <w:lang w:eastAsia="ja-JP"/>
              </w:rPr>
              <w:t xml:space="preserve"> </w:t>
            </w:r>
            <w:r w:rsidRPr="00EB1A7D">
              <w:rPr>
                <w:rFonts w:ascii="Century" w:hAnsi="Century"/>
                <w:bCs/>
                <w:lang w:eastAsia="ja-JP"/>
              </w:rPr>
              <w:t>地区大会</w:t>
            </w:r>
            <w:r w:rsidR="00EB1A7D">
              <w:rPr>
                <w:rFonts w:ascii="Century" w:hAnsi="Century" w:hint="eastAsia"/>
                <w:bCs/>
                <w:lang w:eastAsia="ja-JP"/>
              </w:rPr>
              <w:t xml:space="preserve">　</w:t>
            </w:r>
            <w:r w:rsidR="00EB1A7D" w:rsidRPr="00EB1A7D">
              <w:rPr>
                <w:rFonts w:ascii="Century" w:hAnsi="Century" w:hint="eastAsia"/>
                <w:bCs/>
                <w:sz w:val="22"/>
                <w:szCs w:val="28"/>
                <w:lang w:eastAsia="ja-JP"/>
              </w:rPr>
              <w:t xml:space="preserve">　</w:t>
            </w:r>
            <w:sdt>
              <w:sdtPr>
                <w:rPr>
                  <w:rFonts w:ascii="Century" w:hAnsi="Century" w:hint="eastAsia"/>
                  <w:bCs/>
                  <w:sz w:val="22"/>
                  <w:szCs w:val="28"/>
                  <w:lang w:eastAsia="ja-JP"/>
                </w:rPr>
                <w:id w:val="-144437700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EB1A7D">
                  <w:rPr>
                    <w:rFonts w:ascii="ＭＳ ゴシック" w:eastAsia="ＭＳ ゴシック" w:hAnsi="ＭＳ ゴシック" w:hint="eastAsia"/>
                    <w:bCs/>
                    <w:sz w:val="22"/>
                    <w:szCs w:val="28"/>
                    <w:lang w:eastAsia="ja-JP"/>
                  </w:rPr>
                  <w:t>☐</w:t>
                </w:r>
              </w:sdtContent>
            </w:sdt>
            <w:r w:rsidR="00EB1A7D" w:rsidRPr="00EB1A7D">
              <w:rPr>
                <w:rFonts w:ascii="Century" w:hAnsi="Century"/>
                <w:bCs/>
                <w:lang w:eastAsia="ja-JP"/>
              </w:rPr>
              <w:t>有</w:t>
            </w:r>
            <w:r w:rsidR="00EB1A7D" w:rsidRPr="00EB1A7D">
              <w:rPr>
                <w:rFonts w:ascii="Century" w:hAnsi="Century"/>
                <w:bCs/>
                <w:lang w:eastAsia="ja-JP"/>
              </w:rPr>
              <w:t xml:space="preserve">  </w:t>
            </w:r>
            <w:r w:rsidR="00EB1A7D">
              <w:rPr>
                <w:rFonts w:ascii="Century" w:hAnsi="Century" w:hint="eastAsia"/>
                <w:bCs/>
                <w:lang w:eastAsia="ja-JP"/>
              </w:rPr>
              <w:t xml:space="preserve">　</w:t>
            </w:r>
            <w:sdt>
              <w:sdtPr>
                <w:rPr>
                  <w:rFonts w:ascii="Century" w:hAnsi="Century" w:hint="eastAsia"/>
                  <w:bCs/>
                  <w:sz w:val="22"/>
                  <w:szCs w:val="28"/>
                  <w:lang w:eastAsia="ja-JP"/>
                </w:rPr>
                <w:id w:val="-42651164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EB1A7D">
                  <w:rPr>
                    <w:rFonts w:ascii="ＭＳ ゴシック" w:eastAsia="ＭＳ ゴシック" w:hAnsi="ＭＳ ゴシック" w:hint="eastAsia"/>
                    <w:bCs/>
                    <w:sz w:val="22"/>
                    <w:szCs w:val="28"/>
                    <w:lang w:eastAsia="ja-JP"/>
                  </w:rPr>
                  <w:t>☐</w:t>
                </w:r>
              </w:sdtContent>
            </w:sdt>
            <w:r w:rsidR="00EB1A7D" w:rsidRPr="00EB1A7D">
              <w:rPr>
                <w:rFonts w:ascii="Century" w:hAnsi="Century"/>
                <w:bCs/>
                <w:lang w:eastAsia="ja-JP"/>
              </w:rPr>
              <w:t xml:space="preserve"> </w:t>
            </w:r>
            <w:r w:rsidR="00EB1A7D" w:rsidRPr="00EB1A7D">
              <w:rPr>
                <w:rFonts w:ascii="Century" w:hAnsi="Century"/>
                <w:bCs/>
                <w:lang w:eastAsia="ja-JP"/>
              </w:rPr>
              <w:t>無</w:t>
            </w:r>
          </w:p>
        </w:tc>
      </w:tr>
      <w:tr w:rsidR="00602EBB" w:rsidRPr="00EB1A7D" w14:paraId="7111C08F" w14:textId="77777777" w:rsidTr="008F0B55">
        <w:trPr>
          <w:trHeight w:val="454"/>
          <w:jc w:val="center"/>
        </w:trPr>
        <w:tc>
          <w:tcPr>
            <w:tcW w:w="3328" w:type="dxa"/>
            <w:vMerge/>
          </w:tcPr>
          <w:p w14:paraId="4C1C98CA" w14:textId="77777777" w:rsidR="00602EBB" w:rsidRPr="00EB1A7D" w:rsidRDefault="00602EBB" w:rsidP="00EB1A7D">
            <w:pPr>
              <w:spacing w:after="0" w:line="240" w:lineRule="auto"/>
              <w:rPr>
                <w:rFonts w:ascii="Century" w:hAnsi="Century"/>
                <w:bCs/>
                <w:lang w:eastAsia="ja-JP"/>
              </w:rPr>
            </w:pPr>
          </w:p>
        </w:tc>
        <w:tc>
          <w:tcPr>
            <w:tcW w:w="3544" w:type="dxa"/>
            <w:vAlign w:val="center"/>
          </w:tcPr>
          <w:p w14:paraId="001E4FBC" w14:textId="6015748D" w:rsidR="00602EBB" w:rsidRPr="00EB1A7D" w:rsidRDefault="00C00672" w:rsidP="00EB1A7D">
            <w:pPr>
              <w:spacing w:after="0" w:line="240" w:lineRule="auto"/>
              <w:rPr>
                <w:rFonts w:ascii="Century" w:hAnsi="Century"/>
                <w:bCs/>
                <w:lang w:eastAsia="ja-JP"/>
              </w:rPr>
            </w:pPr>
            <w:r w:rsidRPr="00EB1A7D">
              <w:rPr>
                <w:rFonts w:ascii="ＭＳ 明朝" w:eastAsia="ＭＳ 明朝" w:hAnsi="ＭＳ 明朝" w:cs="ＭＳ 明朝" w:hint="eastAsia"/>
                <w:bCs/>
                <w:lang w:eastAsia="ja-JP"/>
              </w:rPr>
              <w:t>③</w:t>
            </w:r>
            <w:r w:rsidRPr="00EB1A7D">
              <w:rPr>
                <w:rFonts w:ascii="Century" w:hAnsi="Century"/>
                <w:bCs/>
                <w:lang w:eastAsia="ja-JP"/>
              </w:rPr>
              <w:t xml:space="preserve"> </w:t>
            </w:r>
            <w:r w:rsidRPr="00EB1A7D">
              <w:rPr>
                <w:rFonts w:ascii="Century" w:hAnsi="Century"/>
                <w:bCs/>
                <w:lang w:eastAsia="ja-JP"/>
              </w:rPr>
              <w:t>全国大会</w:t>
            </w:r>
            <w:r w:rsidR="00EB1A7D">
              <w:rPr>
                <w:rFonts w:ascii="Century" w:hAnsi="Century" w:hint="eastAsia"/>
                <w:bCs/>
                <w:lang w:eastAsia="ja-JP"/>
              </w:rPr>
              <w:t xml:space="preserve">　</w:t>
            </w:r>
            <w:r w:rsidR="00EB1A7D" w:rsidRPr="00EB1A7D">
              <w:rPr>
                <w:rFonts w:ascii="Century" w:hAnsi="Century" w:hint="eastAsia"/>
                <w:bCs/>
                <w:sz w:val="22"/>
                <w:szCs w:val="28"/>
                <w:lang w:eastAsia="ja-JP"/>
              </w:rPr>
              <w:t xml:space="preserve">　</w:t>
            </w:r>
            <w:sdt>
              <w:sdtPr>
                <w:rPr>
                  <w:rFonts w:ascii="Century" w:hAnsi="Century" w:hint="eastAsia"/>
                  <w:bCs/>
                  <w:sz w:val="22"/>
                  <w:szCs w:val="28"/>
                  <w:lang w:eastAsia="ja-JP"/>
                </w:rPr>
                <w:id w:val="-158274236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EB1A7D">
                  <w:rPr>
                    <w:rFonts w:ascii="ＭＳ ゴシック" w:eastAsia="ＭＳ ゴシック" w:hAnsi="ＭＳ ゴシック" w:hint="eastAsia"/>
                    <w:bCs/>
                    <w:sz w:val="22"/>
                    <w:szCs w:val="28"/>
                    <w:lang w:eastAsia="ja-JP"/>
                  </w:rPr>
                  <w:t>☐</w:t>
                </w:r>
              </w:sdtContent>
            </w:sdt>
            <w:r w:rsidR="00EB1A7D" w:rsidRPr="00EB1A7D">
              <w:rPr>
                <w:rFonts w:ascii="Century" w:hAnsi="Century"/>
                <w:bCs/>
                <w:lang w:eastAsia="ja-JP"/>
              </w:rPr>
              <w:t>有</w:t>
            </w:r>
            <w:r w:rsidR="00EB1A7D" w:rsidRPr="00EB1A7D">
              <w:rPr>
                <w:rFonts w:ascii="Century" w:hAnsi="Century"/>
                <w:bCs/>
                <w:lang w:eastAsia="ja-JP"/>
              </w:rPr>
              <w:t xml:space="preserve">  </w:t>
            </w:r>
            <w:r w:rsidR="00EB1A7D">
              <w:rPr>
                <w:rFonts w:ascii="Century" w:hAnsi="Century" w:hint="eastAsia"/>
                <w:bCs/>
                <w:lang w:eastAsia="ja-JP"/>
              </w:rPr>
              <w:t xml:space="preserve">　</w:t>
            </w:r>
            <w:sdt>
              <w:sdtPr>
                <w:rPr>
                  <w:rFonts w:ascii="Century" w:hAnsi="Century" w:hint="eastAsia"/>
                  <w:bCs/>
                  <w:sz w:val="22"/>
                  <w:szCs w:val="28"/>
                  <w:lang w:eastAsia="ja-JP"/>
                </w:rPr>
                <w:id w:val="-139295240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EB1A7D">
                  <w:rPr>
                    <w:rFonts w:ascii="ＭＳ ゴシック" w:eastAsia="ＭＳ ゴシック" w:hAnsi="ＭＳ ゴシック" w:hint="eastAsia"/>
                    <w:bCs/>
                    <w:sz w:val="22"/>
                    <w:szCs w:val="28"/>
                    <w:lang w:eastAsia="ja-JP"/>
                  </w:rPr>
                  <w:t>☐</w:t>
                </w:r>
              </w:sdtContent>
            </w:sdt>
            <w:r w:rsidR="00EB1A7D" w:rsidRPr="00EB1A7D">
              <w:rPr>
                <w:rFonts w:ascii="Century" w:hAnsi="Century"/>
                <w:bCs/>
                <w:lang w:eastAsia="ja-JP"/>
              </w:rPr>
              <w:t xml:space="preserve"> </w:t>
            </w:r>
            <w:r w:rsidR="00EB1A7D" w:rsidRPr="00EB1A7D">
              <w:rPr>
                <w:rFonts w:ascii="Century" w:hAnsi="Century"/>
                <w:bCs/>
                <w:lang w:eastAsia="ja-JP"/>
              </w:rPr>
              <w:t>無</w:t>
            </w:r>
          </w:p>
        </w:tc>
        <w:tc>
          <w:tcPr>
            <w:tcW w:w="3496" w:type="dxa"/>
            <w:vAlign w:val="center"/>
          </w:tcPr>
          <w:p w14:paraId="25E58450" w14:textId="41C73DE4" w:rsidR="00602EBB" w:rsidRPr="00EB1A7D" w:rsidRDefault="00C00672" w:rsidP="00EB1A7D">
            <w:pPr>
              <w:spacing w:after="0" w:line="240" w:lineRule="auto"/>
              <w:rPr>
                <w:rFonts w:ascii="Century" w:hAnsi="Century"/>
                <w:bCs/>
                <w:lang w:eastAsia="ja-JP"/>
              </w:rPr>
            </w:pPr>
            <w:r w:rsidRPr="00EB1A7D">
              <w:rPr>
                <w:rFonts w:ascii="ＭＳ 明朝" w:eastAsia="ＭＳ 明朝" w:hAnsi="ＭＳ 明朝" w:cs="ＭＳ 明朝" w:hint="eastAsia"/>
                <w:bCs/>
                <w:lang w:eastAsia="ja-JP"/>
              </w:rPr>
              <w:t>③</w:t>
            </w:r>
            <w:r w:rsidRPr="00EB1A7D">
              <w:rPr>
                <w:rFonts w:ascii="Century" w:hAnsi="Century"/>
                <w:bCs/>
                <w:lang w:eastAsia="ja-JP"/>
              </w:rPr>
              <w:t xml:space="preserve"> </w:t>
            </w:r>
            <w:r w:rsidRPr="00EB1A7D">
              <w:rPr>
                <w:rFonts w:ascii="Century" w:hAnsi="Century"/>
                <w:bCs/>
                <w:lang w:eastAsia="ja-JP"/>
              </w:rPr>
              <w:t>全国大会</w:t>
            </w:r>
            <w:r w:rsidR="00EB1A7D">
              <w:rPr>
                <w:rFonts w:ascii="Century" w:hAnsi="Century" w:hint="eastAsia"/>
                <w:bCs/>
                <w:lang w:eastAsia="ja-JP"/>
              </w:rPr>
              <w:t xml:space="preserve">　</w:t>
            </w:r>
            <w:r w:rsidR="00EB1A7D" w:rsidRPr="00EB1A7D">
              <w:rPr>
                <w:rFonts w:ascii="Century" w:hAnsi="Century" w:hint="eastAsia"/>
                <w:bCs/>
                <w:sz w:val="22"/>
                <w:szCs w:val="28"/>
                <w:lang w:eastAsia="ja-JP"/>
              </w:rPr>
              <w:t xml:space="preserve">　</w:t>
            </w:r>
            <w:sdt>
              <w:sdtPr>
                <w:rPr>
                  <w:rFonts w:ascii="Century" w:hAnsi="Century" w:hint="eastAsia"/>
                  <w:bCs/>
                  <w:sz w:val="22"/>
                  <w:szCs w:val="28"/>
                  <w:lang w:eastAsia="ja-JP"/>
                </w:rPr>
                <w:id w:val="-93659296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EB1A7D">
                  <w:rPr>
                    <w:rFonts w:ascii="ＭＳ ゴシック" w:eastAsia="ＭＳ ゴシック" w:hAnsi="ＭＳ ゴシック" w:hint="eastAsia"/>
                    <w:bCs/>
                    <w:sz w:val="22"/>
                    <w:szCs w:val="28"/>
                    <w:lang w:eastAsia="ja-JP"/>
                  </w:rPr>
                  <w:t>☐</w:t>
                </w:r>
              </w:sdtContent>
            </w:sdt>
            <w:r w:rsidR="00EB1A7D" w:rsidRPr="00EB1A7D">
              <w:rPr>
                <w:rFonts w:ascii="Century" w:hAnsi="Century"/>
                <w:bCs/>
                <w:lang w:eastAsia="ja-JP"/>
              </w:rPr>
              <w:t>有</w:t>
            </w:r>
            <w:r w:rsidR="00EB1A7D" w:rsidRPr="00EB1A7D">
              <w:rPr>
                <w:rFonts w:ascii="Century" w:hAnsi="Century"/>
                <w:bCs/>
                <w:lang w:eastAsia="ja-JP"/>
              </w:rPr>
              <w:t xml:space="preserve">  </w:t>
            </w:r>
            <w:r w:rsidR="00EB1A7D">
              <w:rPr>
                <w:rFonts w:ascii="Century" w:hAnsi="Century" w:hint="eastAsia"/>
                <w:bCs/>
                <w:lang w:eastAsia="ja-JP"/>
              </w:rPr>
              <w:t xml:space="preserve">　</w:t>
            </w:r>
            <w:sdt>
              <w:sdtPr>
                <w:rPr>
                  <w:rFonts w:ascii="Century" w:hAnsi="Century" w:hint="eastAsia"/>
                  <w:bCs/>
                  <w:sz w:val="22"/>
                  <w:szCs w:val="28"/>
                  <w:lang w:eastAsia="ja-JP"/>
                </w:rPr>
                <w:id w:val="71662254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EB1A7D">
                  <w:rPr>
                    <w:rFonts w:ascii="ＭＳ ゴシック" w:eastAsia="ＭＳ ゴシック" w:hAnsi="ＭＳ ゴシック" w:hint="eastAsia"/>
                    <w:bCs/>
                    <w:sz w:val="22"/>
                    <w:szCs w:val="28"/>
                    <w:lang w:eastAsia="ja-JP"/>
                  </w:rPr>
                  <w:t>☐</w:t>
                </w:r>
              </w:sdtContent>
            </w:sdt>
            <w:r w:rsidR="00EB1A7D" w:rsidRPr="00EB1A7D">
              <w:rPr>
                <w:rFonts w:ascii="Century" w:hAnsi="Century"/>
                <w:bCs/>
                <w:lang w:eastAsia="ja-JP"/>
              </w:rPr>
              <w:t xml:space="preserve"> </w:t>
            </w:r>
            <w:r w:rsidR="00EB1A7D" w:rsidRPr="00EB1A7D">
              <w:rPr>
                <w:rFonts w:ascii="Century" w:hAnsi="Century"/>
                <w:bCs/>
                <w:lang w:eastAsia="ja-JP"/>
              </w:rPr>
              <w:t>無</w:t>
            </w:r>
          </w:p>
        </w:tc>
      </w:tr>
    </w:tbl>
    <w:p w14:paraId="511531D3" w14:textId="77777777" w:rsidR="00C00672" w:rsidRPr="00EB1A7D" w:rsidRDefault="00C00672" w:rsidP="00EB1A7D">
      <w:pPr>
        <w:spacing w:after="0" w:line="240" w:lineRule="auto"/>
        <w:rPr>
          <w:rFonts w:ascii="Century" w:hAnsi="Century"/>
          <w:bCs/>
          <w:lang w:eastAsia="ja-JP"/>
        </w:rPr>
      </w:pPr>
    </w:p>
    <w:sectPr w:rsidR="00C00672" w:rsidRPr="00EB1A7D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5B148" w14:textId="77777777" w:rsidR="00B56C78" w:rsidRDefault="00B56C78" w:rsidP="00B56C78">
      <w:pPr>
        <w:spacing w:after="0" w:line="240" w:lineRule="auto"/>
      </w:pPr>
      <w:r>
        <w:separator/>
      </w:r>
    </w:p>
  </w:endnote>
  <w:endnote w:type="continuationSeparator" w:id="0">
    <w:p w14:paraId="38A9B2F5" w14:textId="77777777" w:rsidR="00B56C78" w:rsidRDefault="00B56C78" w:rsidP="00B56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593B7" w14:textId="77777777" w:rsidR="00B56C78" w:rsidRDefault="00B56C78" w:rsidP="00B56C78">
      <w:pPr>
        <w:spacing w:after="0" w:line="240" w:lineRule="auto"/>
      </w:pPr>
      <w:r>
        <w:separator/>
      </w:r>
    </w:p>
  </w:footnote>
  <w:footnote w:type="continuationSeparator" w:id="0">
    <w:p w14:paraId="6843F15A" w14:textId="77777777" w:rsidR="00B56C78" w:rsidRDefault="00B56C78" w:rsidP="00B56C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41241537">
    <w:abstractNumId w:val="8"/>
  </w:num>
  <w:num w:numId="2" w16cid:durableId="1527214611">
    <w:abstractNumId w:val="6"/>
  </w:num>
  <w:num w:numId="3" w16cid:durableId="572156940">
    <w:abstractNumId w:val="5"/>
  </w:num>
  <w:num w:numId="4" w16cid:durableId="86729597">
    <w:abstractNumId w:val="4"/>
  </w:num>
  <w:num w:numId="5" w16cid:durableId="116728630">
    <w:abstractNumId w:val="7"/>
  </w:num>
  <w:num w:numId="6" w16cid:durableId="1148014226">
    <w:abstractNumId w:val="3"/>
  </w:num>
  <w:num w:numId="7" w16cid:durableId="1916086745">
    <w:abstractNumId w:val="2"/>
  </w:num>
  <w:num w:numId="8" w16cid:durableId="1015888859">
    <w:abstractNumId w:val="1"/>
  </w:num>
  <w:num w:numId="9" w16cid:durableId="1410343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cumentProtection w:edit="forms" w:enforcement="0"/>
  <w:defaultTabStop w:val="720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13F0"/>
    <w:rsid w:val="00034616"/>
    <w:rsid w:val="0006063C"/>
    <w:rsid w:val="000B131F"/>
    <w:rsid w:val="00110849"/>
    <w:rsid w:val="0015074B"/>
    <w:rsid w:val="001B75A7"/>
    <w:rsid w:val="0029639D"/>
    <w:rsid w:val="002C6AB9"/>
    <w:rsid w:val="00326F90"/>
    <w:rsid w:val="003B6ABB"/>
    <w:rsid w:val="00441393"/>
    <w:rsid w:val="005142D5"/>
    <w:rsid w:val="005E3239"/>
    <w:rsid w:val="00602EBB"/>
    <w:rsid w:val="00787B87"/>
    <w:rsid w:val="007D73E7"/>
    <w:rsid w:val="00821CA1"/>
    <w:rsid w:val="008F0B55"/>
    <w:rsid w:val="009A1A34"/>
    <w:rsid w:val="00A71D0F"/>
    <w:rsid w:val="00AA1D8D"/>
    <w:rsid w:val="00AF1502"/>
    <w:rsid w:val="00B47730"/>
    <w:rsid w:val="00B56C78"/>
    <w:rsid w:val="00C00672"/>
    <w:rsid w:val="00CB0664"/>
    <w:rsid w:val="00E703B4"/>
    <w:rsid w:val="00EB1A7D"/>
    <w:rsid w:val="00F36A6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765F44B"/>
  <w14:defaultImageDpi w14:val="300"/>
  <w15:docId w15:val="{C5028AC7-2B5E-4673-9628-F01123844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游ゴシック" w:hAnsi="游ゴシック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染宮 利雄</cp:lastModifiedBy>
  <cp:revision>15</cp:revision>
  <dcterms:created xsi:type="dcterms:W3CDTF">2013-12-23T23:15:00Z</dcterms:created>
  <dcterms:modified xsi:type="dcterms:W3CDTF">2026-07-23T09:06:00Z</dcterms:modified>
  <cp:category/>
</cp:coreProperties>
</file>